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F3854" w:rsidRDefault="00000000">
      <w:pPr>
        <w:spacing w:after="40"/>
        <w:jc w:val="center"/>
      </w:pPr>
      <w:r>
        <w:rPr>
          <w:noProof/>
        </w:rPr>
        <w:drawing>
          <wp:inline distT="0" distB="0" distL="0" distR="0">
            <wp:extent cx="749808" cy="7498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749808" cy="749808"/>
                    </a:xfrm>
                    <a:prstGeom prst="rect">
                      <a:avLst/>
                    </a:prstGeom>
                  </pic:spPr>
                </pic:pic>
              </a:graphicData>
            </a:graphic>
          </wp:inline>
        </w:drawing>
      </w:r>
    </w:p>
    <w:p w:rsidR="00DF3854" w:rsidRDefault="00000000">
      <w:pPr>
        <w:pStyle w:val="Title"/>
        <w:spacing w:after="0"/>
        <w:jc w:val="center"/>
      </w:pPr>
      <w:r>
        <w:rPr>
          <w:rFonts w:ascii="Arial" w:hAnsi="Arial"/>
        </w:rPr>
        <w:t>Facility Use Application and Permit Form</w:t>
      </w:r>
    </w:p>
    <w:p w:rsidR="00DF3854" w:rsidRDefault="00000000">
      <w:pPr>
        <w:spacing w:after="100"/>
        <w:jc w:val="center"/>
      </w:pPr>
      <w:r>
        <w:rPr>
          <w:b/>
          <w:sz w:val="21"/>
        </w:rPr>
        <w:t>School Year 2026-2027 | Updated September 10, 2026</w:t>
      </w:r>
    </w:p>
    <w:p w:rsidR="00DF3854" w:rsidRDefault="00000000">
      <w:pPr>
        <w:spacing w:after="120"/>
      </w:pPr>
      <w:r>
        <w:rPr>
          <w:sz w:val="18"/>
        </w:rPr>
        <w:t>Use this form to request temporary use of a CLF school facility. Submission does not reserve the space. Use is authorized only after the school principal and the CLF Director of Operations approve the request and all required fees and documents are received.</w:t>
      </w:r>
    </w:p>
    <w:p w:rsidR="00DF3854" w:rsidRDefault="00000000">
      <w:pPr>
        <w:pStyle w:val="Heading1"/>
      </w:pPr>
      <w:r>
        <w:t>Applicant Information</w:t>
      </w:r>
    </w:p>
    <w:tbl>
      <w:tblPr>
        <w:tblW w:w="0" w:type="auto"/>
        <w:jc w:val="center"/>
        <w:tblLayout w:type="fixed"/>
        <w:tblLook w:val="04A0" w:firstRow="1" w:lastRow="0" w:firstColumn="1" w:lastColumn="0" w:noHBand="0" w:noVBand="1"/>
      </w:tblPr>
      <w:tblGrid>
        <w:gridCol w:w="3096"/>
        <w:gridCol w:w="7272"/>
      </w:tblGrid>
      <w:tr w:rsidR="00DF3854">
        <w:trPr>
          <w:jc w:val="center"/>
        </w:trPr>
        <w:tc>
          <w:tcPr>
            <w:tcW w:w="3096" w:type="dxa"/>
            <w:tcBorders>
              <w:top w:val="single" w:sz="8" w:space="0" w:color="D9D9D9"/>
              <w:left w:val="single" w:sz="8" w:space="0" w:color="D9D9D9"/>
              <w:bottom w:val="single" w:sz="8" w:space="0" w:color="D9D9D9"/>
              <w:right w:val="single" w:sz="8" w:space="0" w:color="D9D9D9"/>
            </w:tcBorders>
            <w:shd w:val="clear" w:color="auto" w:fill="DDEBF7"/>
            <w:tcMar>
              <w:top w:w="80" w:type="dxa"/>
              <w:left w:w="90" w:type="dxa"/>
              <w:bottom w:w="80" w:type="dxa"/>
              <w:right w:w="90" w:type="dxa"/>
            </w:tcMar>
            <w:vAlign w:val="center"/>
          </w:tcPr>
          <w:p w:rsidR="00DF3854" w:rsidRDefault="00000000">
            <w:r>
              <w:rPr>
                <w:b/>
                <w:color w:val="173F6D"/>
                <w:sz w:val="18"/>
              </w:rPr>
              <w:t>Organization or group</w:t>
            </w:r>
          </w:p>
        </w:tc>
        <w:tc>
          <w:tcPr>
            <w:tcW w:w="7272" w:type="dxa"/>
            <w:tcBorders>
              <w:top w:val="single" w:sz="8" w:space="0" w:color="D9D9D9"/>
              <w:left w:val="single" w:sz="8" w:space="0" w:color="D9D9D9"/>
              <w:bottom w:val="single" w:sz="8" w:space="0" w:color="D9D9D9"/>
              <w:right w:val="single" w:sz="8" w:space="0" w:color="D9D9D9"/>
            </w:tcBorders>
            <w:tcMar>
              <w:top w:w="80" w:type="dxa"/>
              <w:left w:w="90" w:type="dxa"/>
              <w:bottom w:w="80" w:type="dxa"/>
              <w:right w:w="90" w:type="dxa"/>
            </w:tcMar>
            <w:vAlign w:val="center"/>
          </w:tcPr>
          <w:p w:rsidR="00DF3854" w:rsidRDefault="00DF3854"/>
        </w:tc>
      </w:tr>
      <w:tr w:rsidR="00DF3854">
        <w:trPr>
          <w:jc w:val="center"/>
        </w:trPr>
        <w:tc>
          <w:tcPr>
            <w:tcW w:w="3096" w:type="dxa"/>
            <w:tcBorders>
              <w:top w:val="single" w:sz="8" w:space="0" w:color="D9D9D9"/>
              <w:left w:val="single" w:sz="8" w:space="0" w:color="D9D9D9"/>
              <w:bottom w:val="single" w:sz="8" w:space="0" w:color="D9D9D9"/>
              <w:right w:val="single" w:sz="8" w:space="0" w:color="D9D9D9"/>
            </w:tcBorders>
            <w:shd w:val="clear" w:color="auto" w:fill="DDEBF7"/>
            <w:tcMar>
              <w:top w:w="80" w:type="dxa"/>
              <w:left w:w="90" w:type="dxa"/>
              <w:bottom w:w="80" w:type="dxa"/>
              <w:right w:w="90" w:type="dxa"/>
            </w:tcMar>
            <w:vAlign w:val="center"/>
          </w:tcPr>
          <w:p w:rsidR="00DF3854" w:rsidRDefault="00000000">
            <w:r>
              <w:rPr>
                <w:b/>
                <w:color w:val="173F6D"/>
                <w:sz w:val="18"/>
              </w:rPr>
              <w:t>Applicant name and title</w:t>
            </w:r>
          </w:p>
        </w:tc>
        <w:tc>
          <w:tcPr>
            <w:tcW w:w="7272" w:type="dxa"/>
            <w:tcBorders>
              <w:top w:val="single" w:sz="8" w:space="0" w:color="D9D9D9"/>
              <w:left w:val="single" w:sz="8" w:space="0" w:color="D9D9D9"/>
              <w:bottom w:val="single" w:sz="8" w:space="0" w:color="D9D9D9"/>
              <w:right w:val="single" w:sz="8" w:space="0" w:color="D9D9D9"/>
            </w:tcBorders>
            <w:tcMar>
              <w:top w:w="80" w:type="dxa"/>
              <w:left w:w="90" w:type="dxa"/>
              <w:bottom w:w="80" w:type="dxa"/>
              <w:right w:w="90" w:type="dxa"/>
            </w:tcMar>
            <w:vAlign w:val="center"/>
          </w:tcPr>
          <w:p w:rsidR="00DF3854" w:rsidRDefault="00DF3854"/>
        </w:tc>
      </w:tr>
      <w:tr w:rsidR="00DF3854">
        <w:trPr>
          <w:jc w:val="center"/>
        </w:trPr>
        <w:tc>
          <w:tcPr>
            <w:tcW w:w="3096" w:type="dxa"/>
            <w:tcBorders>
              <w:top w:val="single" w:sz="8" w:space="0" w:color="D9D9D9"/>
              <w:left w:val="single" w:sz="8" w:space="0" w:color="D9D9D9"/>
              <w:bottom w:val="single" w:sz="8" w:space="0" w:color="D9D9D9"/>
              <w:right w:val="single" w:sz="8" w:space="0" w:color="D9D9D9"/>
            </w:tcBorders>
            <w:shd w:val="clear" w:color="auto" w:fill="DDEBF7"/>
            <w:tcMar>
              <w:top w:w="80" w:type="dxa"/>
              <w:left w:w="90" w:type="dxa"/>
              <w:bottom w:w="80" w:type="dxa"/>
              <w:right w:w="90" w:type="dxa"/>
            </w:tcMar>
            <w:vAlign w:val="center"/>
          </w:tcPr>
          <w:p w:rsidR="00DF3854" w:rsidRDefault="00000000">
            <w:pPr>
              <w:spacing w:after="180"/>
            </w:pPr>
            <w:r>
              <w:rPr>
                <w:b/>
                <w:color w:val="173F6D"/>
                <w:sz w:val="18"/>
              </w:rPr>
              <w:t>Mailing address</w:t>
            </w:r>
          </w:p>
        </w:tc>
        <w:tc>
          <w:tcPr>
            <w:tcW w:w="7272" w:type="dxa"/>
            <w:tcBorders>
              <w:top w:val="single" w:sz="8" w:space="0" w:color="D9D9D9"/>
              <w:left w:val="single" w:sz="8" w:space="0" w:color="D9D9D9"/>
              <w:bottom w:val="single" w:sz="8" w:space="0" w:color="D9D9D9"/>
              <w:right w:val="single" w:sz="8" w:space="0" w:color="D9D9D9"/>
            </w:tcBorders>
            <w:tcMar>
              <w:top w:w="80" w:type="dxa"/>
              <w:left w:w="90" w:type="dxa"/>
              <w:bottom w:w="80" w:type="dxa"/>
              <w:right w:w="90" w:type="dxa"/>
            </w:tcMar>
            <w:vAlign w:val="center"/>
          </w:tcPr>
          <w:p w:rsidR="00DF3854" w:rsidRDefault="00DF3854">
            <w:pPr>
              <w:spacing w:after="180"/>
            </w:pPr>
          </w:p>
        </w:tc>
      </w:tr>
      <w:tr w:rsidR="00DF3854">
        <w:trPr>
          <w:jc w:val="center"/>
        </w:trPr>
        <w:tc>
          <w:tcPr>
            <w:tcW w:w="3096" w:type="dxa"/>
            <w:tcBorders>
              <w:top w:val="single" w:sz="8" w:space="0" w:color="D9D9D9"/>
              <w:left w:val="single" w:sz="8" w:space="0" w:color="D9D9D9"/>
              <w:bottom w:val="single" w:sz="8" w:space="0" w:color="D9D9D9"/>
              <w:right w:val="single" w:sz="8" w:space="0" w:color="D9D9D9"/>
            </w:tcBorders>
            <w:shd w:val="clear" w:color="auto" w:fill="DDEBF7"/>
            <w:tcMar>
              <w:top w:w="80" w:type="dxa"/>
              <w:left w:w="90" w:type="dxa"/>
              <w:bottom w:w="80" w:type="dxa"/>
              <w:right w:w="90" w:type="dxa"/>
            </w:tcMar>
            <w:vAlign w:val="center"/>
          </w:tcPr>
          <w:p w:rsidR="00DF3854" w:rsidRDefault="00000000">
            <w:r>
              <w:rPr>
                <w:b/>
                <w:color w:val="173F6D"/>
                <w:sz w:val="18"/>
              </w:rPr>
              <w:t>City, state, ZIP code</w:t>
            </w:r>
          </w:p>
        </w:tc>
        <w:tc>
          <w:tcPr>
            <w:tcW w:w="7272" w:type="dxa"/>
            <w:tcBorders>
              <w:top w:val="single" w:sz="8" w:space="0" w:color="D9D9D9"/>
              <w:left w:val="single" w:sz="8" w:space="0" w:color="D9D9D9"/>
              <w:bottom w:val="single" w:sz="8" w:space="0" w:color="D9D9D9"/>
              <w:right w:val="single" w:sz="8" w:space="0" w:color="D9D9D9"/>
            </w:tcBorders>
            <w:tcMar>
              <w:top w:w="80" w:type="dxa"/>
              <w:left w:w="90" w:type="dxa"/>
              <w:bottom w:w="80" w:type="dxa"/>
              <w:right w:w="90" w:type="dxa"/>
            </w:tcMar>
            <w:vAlign w:val="center"/>
          </w:tcPr>
          <w:p w:rsidR="00DF3854" w:rsidRDefault="00DF3854"/>
        </w:tc>
      </w:tr>
      <w:tr w:rsidR="00DF3854">
        <w:trPr>
          <w:jc w:val="center"/>
        </w:trPr>
        <w:tc>
          <w:tcPr>
            <w:tcW w:w="3096" w:type="dxa"/>
            <w:tcBorders>
              <w:top w:val="single" w:sz="8" w:space="0" w:color="D9D9D9"/>
              <w:left w:val="single" w:sz="8" w:space="0" w:color="D9D9D9"/>
              <w:bottom w:val="single" w:sz="8" w:space="0" w:color="D9D9D9"/>
              <w:right w:val="single" w:sz="8" w:space="0" w:color="D9D9D9"/>
            </w:tcBorders>
            <w:shd w:val="clear" w:color="auto" w:fill="DDEBF7"/>
            <w:tcMar>
              <w:top w:w="80" w:type="dxa"/>
              <w:left w:w="90" w:type="dxa"/>
              <w:bottom w:w="80" w:type="dxa"/>
              <w:right w:w="90" w:type="dxa"/>
            </w:tcMar>
            <w:vAlign w:val="center"/>
          </w:tcPr>
          <w:p w:rsidR="00DF3854" w:rsidRDefault="00000000">
            <w:r>
              <w:rPr>
                <w:b/>
                <w:color w:val="173F6D"/>
                <w:sz w:val="18"/>
              </w:rPr>
              <w:t>Phone</w:t>
            </w:r>
          </w:p>
        </w:tc>
        <w:tc>
          <w:tcPr>
            <w:tcW w:w="7272" w:type="dxa"/>
            <w:tcBorders>
              <w:top w:val="single" w:sz="8" w:space="0" w:color="D9D9D9"/>
              <w:left w:val="single" w:sz="8" w:space="0" w:color="D9D9D9"/>
              <w:bottom w:val="single" w:sz="8" w:space="0" w:color="D9D9D9"/>
              <w:right w:val="single" w:sz="8" w:space="0" w:color="D9D9D9"/>
            </w:tcBorders>
            <w:tcMar>
              <w:top w:w="80" w:type="dxa"/>
              <w:left w:w="90" w:type="dxa"/>
              <w:bottom w:w="80" w:type="dxa"/>
              <w:right w:w="90" w:type="dxa"/>
            </w:tcMar>
            <w:vAlign w:val="center"/>
          </w:tcPr>
          <w:p w:rsidR="00DF3854" w:rsidRDefault="00DF3854"/>
        </w:tc>
      </w:tr>
      <w:tr w:rsidR="00DF3854">
        <w:trPr>
          <w:jc w:val="center"/>
        </w:trPr>
        <w:tc>
          <w:tcPr>
            <w:tcW w:w="3096" w:type="dxa"/>
            <w:tcBorders>
              <w:top w:val="single" w:sz="8" w:space="0" w:color="D9D9D9"/>
              <w:left w:val="single" w:sz="8" w:space="0" w:color="D9D9D9"/>
              <w:bottom w:val="single" w:sz="8" w:space="0" w:color="D9D9D9"/>
              <w:right w:val="single" w:sz="8" w:space="0" w:color="D9D9D9"/>
            </w:tcBorders>
            <w:shd w:val="clear" w:color="auto" w:fill="DDEBF7"/>
            <w:tcMar>
              <w:top w:w="80" w:type="dxa"/>
              <w:left w:w="90" w:type="dxa"/>
              <w:bottom w:w="80" w:type="dxa"/>
              <w:right w:w="90" w:type="dxa"/>
            </w:tcMar>
            <w:vAlign w:val="center"/>
          </w:tcPr>
          <w:p w:rsidR="00DF3854" w:rsidRDefault="00000000">
            <w:r>
              <w:rPr>
                <w:b/>
                <w:color w:val="173F6D"/>
                <w:sz w:val="18"/>
              </w:rPr>
              <w:t>Email</w:t>
            </w:r>
          </w:p>
        </w:tc>
        <w:tc>
          <w:tcPr>
            <w:tcW w:w="7272" w:type="dxa"/>
            <w:tcBorders>
              <w:top w:val="single" w:sz="8" w:space="0" w:color="D9D9D9"/>
              <w:left w:val="single" w:sz="8" w:space="0" w:color="D9D9D9"/>
              <w:bottom w:val="single" w:sz="8" w:space="0" w:color="D9D9D9"/>
              <w:right w:val="single" w:sz="8" w:space="0" w:color="D9D9D9"/>
            </w:tcBorders>
            <w:tcMar>
              <w:top w:w="80" w:type="dxa"/>
              <w:left w:w="90" w:type="dxa"/>
              <w:bottom w:w="80" w:type="dxa"/>
              <w:right w:w="90" w:type="dxa"/>
            </w:tcMar>
            <w:vAlign w:val="center"/>
          </w:tcPr>
          <w:p w:rsidR="00DF3854" w:rsidRDefault="00DF3854"/>
        </w:tc>
      </w:tr>
      <w:tr w:rsidR="00DF3854">
        <w:trPr>
          <w:jc w:val="center"/>
        </w:trPr>
        <w:tc>
          <w:tcPr>
            <w:tcW w:w="3096" w:type="dxa"/>
            <w:tcBorders>
              <w:top w:val="single" w:sz="8" w:space="0" w:color="D9D9D9"/>
              <w:left w:val="single" w:sz="8" w:space="0" w:color="D9D9D9"/>
              <w:bottom w:val="single" w:sz="8" w:space="0" w:color="D9D9D9"/>
              <w:right w:val="single" w:sz="8" w:space="0" w:color="D9D9D9"/>
            </w:tcBorders>
            <w:shd w:val="clear" w:color="auto" w:fill="DDEBF7"/>
            <w:tcMar>
              <w:top w:w="80" w:type="dxa"/>
              <w:left w:w="90" w:type="dxa"/>
              <w:bottom w:w="80" w:type="dxa"/>
              <w:right w:w="90" w:type="dxa"/>
            </w:tcMar>
            <w:vAlign w:val="center"/>
          </w:tcPr>
          <w:p w:rsidR="00DF3854" w:rsidRDefault="00000000">
            <w:r>
              <w:rPr>
                <w:b/>
                <w:color w:val="173F6D"/>
                <w:sz w:val="18"/>
              </w:rPr>
              <w:t>Person in charge on site</w:t>
            </w:r>
          </w:p>
        </w:tc>
        <w:tc>
          <w:tcPr>
            <w:tcW w:w="7272" w:type="dxa"/>
            <w:tcBorders>
              <w:top w:val="single" w:sz="8" w:space="0" w:color="D9D9D9"/>
              <w:left w:val="single" w:sz="8" w:space="0" w:color="D9D9D9"/>
              <w:bottom w:val="single" w:sz="8" w:space="0" w:color="D9D9D9"/>
              <w:right w:val="single" w:sz="8" w:space="0" w:color="D9D9D9"/>
            </w:tcBorders>
            <w:tcMar>
              <w:top w:w="80" w:type="dxa"/>
              <w:left w:w="90" w:type="dxa"/>
              <w:bottom w:w="80" w:type="dxa"/>
              <w:right w:w="90" w:type="dxa"/>
            </w:tcMar>
            <w:vAlign w:val="center"/>
          </w:tcPr>
          <w:p w:rsidR="00DF3854" w:rsidRDefault="00DF3854"/>
        </w:tc>
      </w:tr>
      <w:tr w:rsidR="00DF3854">
        <w:trPr>
          <w:jc w:val="center"/>
        </w:trPr>
        <w:tc>
          <w:tcPr>
            <w:tcW w:w="3096" w:type="dxa"/>
            <w:tcBorders>
              <w:top w:val="single" w:sz="8" w:space="0" w:color="D9D9D9"/>
              <w:left w:val="single" w:sz="8" w:space="0" w:color="D9D9D9"/>
              <w:bottom w:val="single" w:sz="8" w:space="0" w:color="D9D9D9"/>
              <w:right w:val="single" w:sz="8" w:space="0" w:color="D9D9D9"/>
            </w:tcBorders>
            <w:shd w:val="clear" w:color="auto" w:fill="DDEBF7"/>
            <w:tcMar>
              <w:top w:w="80" w:type="dxa"/>
              <w:left w:w="90" w:type="dxa"/>
              <w:bottom w:w="80" w:type="dxa"/>
              <w:right w:w="90" w:type="dxa"/>
            </w:tcMar>
            <w:vAlign w:val="center"/>
          </w:tcPr>
          <w:p w:rsidR="00DF3854" w:rsidRDefault="00000000">
            <w:r>
              <w:rPr>
                <w:b/>
                <w:color w:val="173F6D"/>
                <w:sz w:val="18"/>
              </w:rPr>
              <w:t>On-site mobile phone</w:t>
            </w:r>
          </w:p>
        </w:tc>
        <w:tc>
          <w:tcPr>
            <w:tcW w:w="7272" w:type="dxa"/>
            <w:tcBorders>
              <w:top w:val="single" w:sz="8" w:space="0" w:color="D9D9D9"/>
              <w:left w:val="single" w:sz="8" w:space="0" w:color="D9D9D9"/>
              <w:bottom w:val="single" w:sz="8" w:space="0" w:color="D9D9D9"/>
              <w:right w:val="single" w:sz="8" w:space="0" w:color="D9D9D9"/>
            </w:tcBorders>
            <w:tcMar>
              <w:top w:w="80" w:type="dxa"/>
              <w:left w:w="90" w:type="dxa"/>
              <w:bottom w:w="80" w:type="dxa"/>
              <w:right w:w="90" w:type="dxa"/>
            </w:tcMar>
            <w:vAlign w:val="center"/>
          </w:tcPr>
          <w:p w:rsidR="00DF3854" w:rsidRDefault="00DF3854"/>
        </w:tc>
      </w:tr>
    </w:tbl>
    <w:p w:rsidR="00DF3854" w:rsidRDefault="00000000">
      <w:pPr>
        <w:pStyle w:val="Heading1"/>
      </w:pPr>
      <w:r>
        <w:t>Event Information</w:t>
      </w:r>
    </w:p>
    <w:tbl>
      <w:tblPr>
        <w:tblW w:w="0" w:type="auto"/>
        <w:jc w:val="center"/>
        <w:tblLayout w:type="fixed"/>
        <w:tblLook w:val="04A0" w:firstRow="1" w:lastRow="0" w:firstColumn="1" w:lastColumn="0" w:noHBand="0" w:noVBand="1"/>
      </w:tblPr>
      <w:tblGrid>
        <w:gridCol w:w="3096"/>
        <w:gridCol w:w="7272"/>
      </w:tblGrid>
      <w:tr w:rsidR="00DF3854">
        <w:trPr>
          <w:jc w:val="center"/>
        </w:trPr>
        <w:tc>
          <w:tcPr>
            <w:tcW w:w="3096" w:type="dxa"/>
            <w:tcBorders>
              <w:top w:val="single" w:sz="8" w:space="0" w:color="D9D9D9"/>
              <w:left w:val="single" w:sz="8" w:space="0" w:color="D9D9D9"/>
              <w:bottom w:val="single" w:sz="8" w:space="0" w:color="D9D9D9"/>
              <w:right w:val="single" w:sz="8" w:space="0" w:color="D9D9D9"/>
            </w:tcBorders>
            <w:shd w:val="clear" w:color="auto" w:fill="DDEBF7"/>
            <w:tcMar>
              <w:top w:w="80" w:type="dxa"/>
              <w:left w:w="90" w:type="dxa"/>
              <w:bottom w:w="80" w:type="dxa"/>
              <w:right w:w="90" w:type="dxa"/>
            </w:tcMar>
            <w:vAlign w:val="center"/>
          </w:tcPr>
          <w:p w:rsidR="00DF3854" w:rsidRDefault="00000000">
            <w:r>
              <w:rPr>
                <w:b/>
                <w:color w:val="173F6D"/>
                <w:sz w:val="18"/>
              </w:rPr>
              <w:t>Event or activity name</w:t>
            </w:r>
          </w:p>
        </w:tc>
        <w:tc>
          <w:tcPr>
            <w:tcW w:w="7272" w:type="dxa"/>
            <w:tcBorders>
              <w:top w:val="single" w:sz="8" w:space="0" w:color="D9D9D9"/>
              <w:left w:val="single" w:sz="8" w:space="0" w:color="D9D9D9"/>
              <w:bottom w:val="single" w:sz="8" w:space="0" w:color="D9D9D9"/>
              <w:right w:val="single" w:sz="8" w:space="0" w:color="D9D9D9"/>
            </w:tcBorders>
            <w:tcMar>
              <w:top w:w="80" w:type="dxa"/>
              <w:left w:w="90" w:type="dxa"/>
              <w:bottom w:w="80" w:type="dxa"/>
              <w:right w:w="90" w:type="dxa"/>
            </w:tcMar>
            <w:vAlign w:val="center"/>
          </w:tcPr>
          <w:p w:rsidR="00DF3854" w:rsidRDefault="00DF3854"/>
        </w:tc>
      </w:tr>
      <w:tr w:rsidR="00DF3854">
        <w:trPr>
          <w:jc w:val="center"/>
        </w:trPr>
        <w:tc>
          <w:tcPr>
            <w:tcW w:w="3096" w:type="dxa"/>
            <w:tcBorders>
              <w:top w:val="single" w:sz="8" w:space="0" w:color="D9D9D9"/>
              <w:left w:val="single" w:sz="8" w:space="0" w:color="D9D9D9"/>
              <w:bottom w:val="single" w:sz="8" w:space="0" w:color="D9D9D9"/>
              <w:right w:val="single" w:sz="8" w:space="0" w:color="D9D9D9"/>
            </w:tcBorders>
            <w:shd w:val="clear" w:color="auto" w:fill="DDEBF7"/>
            <w:tcMar>
              <w:top w:w="80" w:type="dxa"/>
              <w:left w:w="90" w:type="dxa"/>
              <w:bottom w:w="80" w:type="dxa"/>
              <w:right w:w="90" w:type="dxa"/>
            </w:tcMar>
            <w:vAlign w:val="center"/>
          </w:tcPr>
          <w:p w:rsidR="00DF3854" w:rsidRDefault="00000000">
            <w:pPr>
              <w:spacing w:after="260"/>
            </w:pPr>
            <w:r>
              <w:rPr>
                <w:b/>
                <w:color w:val="173F6D"/>
                <w:sz w:val="18"/>
              </w:rPr>
              <w:t>Description and purpose</w:t>
            </w:r>
          </w:p>
        </w:tc>
        <w:tc>
          <w:tcPr>
            <w:tcW w:w="7272" w:type="dxa"/>
            <w:tcBorders>
              <w:top w:val="single" w:sz="8" w:space="0" w:color="D9D9D9"/>
              <w:left w:val="single" w:sz="8" w:space="0" w:color="D9D9D9"/>
              <w:bottom w:val="single" w:sz="8" w:space="0" w:color="D9D9D9"/>
              <w:right w:val="single" w:sz="8" w:space="0" w:color="D9D9D9"/>
            </w:tcBorders>
            <w:tcMar>
              <w:top w:w="80" w:type="dxa"/>
              <w:left w:w="90" w:type="dxa"/>
              <w:bottom w:w="80" w:type="dxa"/>
              <w:right w:w="90" w:type="dxa"/>
            </w:tcMar>
            <w:vAlign w:val="center"/>
          </w:tcPr>
          <w:p w:rsidR="00DF3854" w:rsidRDefault="00DF3854">
            <w:pPr>
              <w:spacing w:after="260"/>
            </w:pPr>
          </w:p>
        </w:tc>
      </w:tr>
      <w:tr w:rsidR="00DF3854">
        <w:trPr>
          <w:jc w:val="center"/>
        </w:trPr>
        <w:tc>
          <w:tcPr>
            <w:tcW w:w="3096" w:type="dxa"/>
            <w:tcBorders>
              <w:top w:val="single" w:sz="8" w:space="0" w:color="D9D9D9"/>
              <w:left w:val="single" w:sz="8" w:space="0" w:color="D9D9D9"/>
              <w:bottom w:val="single" w:sz="8" w:space="0" w:color="D9D9D9"/>
              <w:right w:val="single" w:sz="8" w:space="0" w:color="D9D9D9"/>
            </w:tcBorders>
            <w:shd w:val="clear" w:color="auto" w:fill="DDEBF7"/>
            <w:tcMar>
              <w:top w:w="80" w:type="dxa"/>
              <w:left w:w="90" w:type="dxa"/>
              <w:bottom w:w="80" w:type="dxa"/>
              <w:right w:w="90" w:type="dxa"/>
            </w:tcMar>
            <w:vAlign w:val="center"/>
          </w:tcPr>
          <w:p w:rsidR="00DF3854" w:rsidRDefault="00000000">
            <w:pPr>
              <w:spacing w:after="100"/>
            </w:pPr>
            <w:r>
              <w:rPr>
                <w:b/>
                <w:color w:val="173F6D"/>
                <w:sz w:val="18"/>
              </w:rPr>
              <w:t>Estimated attendance</w:t>
            </w:r>
          </w:p>
        </w:tc>
        <w:tc>
          <w:tcPr>
            <w:tcW w:w="7272" w:type="dxa"/>
            <w:tcBorders>
              <w:top w:val="single" w:sz="8" w:space="0" w:color="D9D9D9"/>
              <w:left w:val="single" w:sz="8" w:space="0" w:color="D9D9D9"/>
              <w:bottom w:val="single" w:sz="8" w:space="0" w:color="D9D9D9"/>
              <w:right w:val="single" w:sz="8" w:space="0" w:color="D9D9D9"/>
            </w:tcBorders>
            <w:tcMar>
              <w:top w:w="80" w:type="dxa"/>
              <w:left w:w="90" w:type="dxa"/>
              <w:bottom w:w="80" w:type="dxa"/>
              <w:right w:w="90" w:type="dxa"/>
            </w:tcMar>
            <w:vAlign w:val="center"/>
          </w:tcPr>
          <w:p w:rsidR="00DF3854" w:rsidRDefault="00000000">
            <w:pPr>
              <w:spacing w:after="100"/>
            </w:pPr>
            <w:r>
              <w:rPr>
                <w:color w:val="000000"/>
                <w:sz w:val="18"/>
              </w:rPr>
              <w:t>Adults: ____________________    Children or students: ____________________</w:t>
            </w:r>
          </w:p>
        </w:tc>
      </w:tr>
      <w:tr w:rsidR="00DF3854">
        <w:trPr>
          <w:jc w:val="center"/>
        </w:trPr>
        <w:tc>
          <w:tcPr>
            <w:tcW w:w="3096" w:type="dxa"/>
            <w:tcBorders>
              <w:top w:val="single" w:sz="8" w:space="0" w:color="D9D9D9"/>
              <w:left w:val="single" w:sz="8" w:space="0" w:color="D9D9D9"/>
              <w:bottom w:val="single" w:sz="8" w:space="0" w:color="D9D9D9"/>
              <w:right w:val="single" w:sz="8" w:space="0" w:color="D9D9D9"/>
            </w:tcBorders>
            <w:shd w:val="clear" w:color="auto" w:fill="DDEBF7"/>
            <w:tcMar>
              <w:top w:w="80" w:type="dxa"/>
              <w:left w:w="90" w:type="dxa"/>
              <w:bottom w:w="80" w:type="dxa"/>
              <w:right w:w="90" w:type="dxa"/>
            </w:tcMar>
            <w:vAlign w:val="center"/>
          </w:tcPr>
          <w:p w:rsidR="00DF3854" w:rsidRDefault="00000000">
            <w:pPr>
              <w:spacing w:after="100"/>
            </w:pPr>
            <w:r>
              <w:rPr>
                <w:b/>
                <w:color w:val="173F6D"/>
                <w:sz w:val="18"/>
              </w:rPr>
              <w:t>Admission or participation fee</w:t>
            </w:r>
          </w:p>
        </w:tc>
        <w:tc>
          <w:tcPr>
            <w:tcW w:w="7272" w:type="dxa"/>
            <w:tcBorders>
              <w:top w:val="single" w:sz="8" w:space="0" w:color="D9D9D9"/>
              <w:left w:val="single" w:sz="8" w:space="0" w:color="D9D9D9"/>
              <w:bottom w:val="single" w:sz="8" w:space="0" w:color="D9D9D9"/>
              <w:right w:val="single" w:sz="8" w:space="0" w:color="D9D9D9"/>
            </w:tcBorders>
            <w:tcMar>
              <w:top w:w="80" w:type="dxa"/>
              <w:left w:w="90" w:type="dxa"/>
              <w:bottom w:w="80" w:type="dxa"/>
              <w:right w:w="90" w:type="dxa"/>
            </w:tcMar>
            <w:vAlign w:val="center"/>
          </w:tcPr>
          <w:p w:rsidR="00DF3854" w:rsidRDefault="00000000">
            <w:pPr>
              <w:spacing w:after="100"/>
            </w:pPr>
            <w:r>
              <w:rPr>
                <w:color w:val="000000"/>
                <w:sz w:val="18"/>
              </w:rPr>
              <w:t>No  ☐    Yes  ☐    If yes, amount: $____________________</w:t>
            </w:r>
          </w:p>
        </w:tc>
      </w:tr>
    </w:tbl>
    <w:p w:rsidR="00DF3854" w:rsidRDefault="00000000">
      <w:r>
        <w:br w:type="page"/>
      </w:r>
    </w:p>
    <w:p w:rsidR="00DF3854" w:rsidRDefault="00000000">
      <w:pPr>
        <w:pStyle w:val="Heading1"/>
      </w:pPr>
      <w:r>
        <w:lastRenderedPageBreak/>
        <w:t>Requested School Location</w:t>
      </w:r>
    </w:p>
    <w:tbl>
      <w:tblPr>
        <w:tblW w:w="0" w:type="auto"/>
        <w:jc w:val="center"/>
        <w:tblLayout w:type="fixed"/>
        <w:tblLook w:val="04A0" w:firstRow="1" w:lastRow="0" w:firstColumn="1" w:lastColumn="0" w:noHBand="0" w:noVBand="1"/>
      </w:tblPr>
      <w:tblGrid>
        <w:gridCol w:w="2592"/>
        <w:gridCol w:w="2592"/>
        <w:gridCol w:w="2592"/>
        <w:gridCol w:w="2592"/>
      </w:tblGrid>
      <w:tr w:rsidR="00DF3854">
        <w:trPr>
          <w:jc w:val="center"/>
        </w:trPr>
        <w:tc>
          <w:tcPr>
            <w:tcW w:w="2592" w:type="dxa"/>
            <w:tcBorders>
              <w:top w:val="single" w:sz="8" w:space="0" w:color="D9D9D9"/>
              <w:left w:val="single" w:sz="8" w:space="0" w:color="D9D9D9"/>
              <w:bottom w:val="single" w:sz="8" w:space="0" w:color="D9D9D9"/>
              <w:right w:val="single" w:sz="8" w:space="0" w:color="D9D9D9"/>
            </w:tcBorders>
            <w:shd w:val="clear" w:color="auto" w:fill="F4F7FA"/>
            <w:tcMar>
              <w:top w:w="80" w:type="dxa"/>
              <w:left w:w="90" w:type="dxa"/>
              <w:bottom w:w="80" w:type="dxa"/>
              <w:right w:w="90" w:type="dxa"/>
            </w:tcMar>
            <w:vAlign w:val="center"/>
          </w:tcPr>
          <w:p w:rsidR="00DF3854" w:rsidRDefault="00000000">
            <w:pPr>
              <w:spacing w:after="0"/>
            </w:pPr>
            <w:r>
              <w:rPr>
                <w:color w:val="000000"/>
                <w:sz w:val="18"/>
              </w:rPr>
              <w:t>☐  CSP ES</w:t>
            </w:r>
          </w:p>
        </w:tc>
        <w:tc>
          <w:tcPr>
            <w:tcW w:w="2592" w:type="dxa"/>
            <w:tcBorders>
              <w:top w:val="single" w:sz="8" w:space="0" w:color="D9D9D9"/>
              <w:left w:val="single" w:sz="8" w:space="0" w:color="D9D9D9"/>
              <w:bottom w:val="single" w:sz="8" w:space="0" w:color="D9D9D9"/>
              <w:right w:val="single" w:sz="8" w:space="0" w:color="D9D9D9"/>
            </w:tcBorders>
            <w:shd w:val="clear" w:color="auto" w:fill="F4F7FA"/>
            <w:tcMar>
              <w:top w:w="80" w:type="dxa"/>
              <w:left w:w="90" w:type="dxa"/>
              <w:bottom w:w="80" w:type="dxa"/>
              <w:right w:w="90" w:type="dxa"/>
            </w:tcMar>
            <w:vAlign w:val="center"/>
          </w:tcPr>
          <w:p w:rsidR="00DF3854" w:rsidRDefault="00000000">
            <w:pPr>
              <w:spacing w:after="0"/>
            </w:pPr>
            <w:r>
              <w:rPr>
                <w:color w:val="000000"/>
                <w:sz w:val="18"/>
              </w:rPr>
              <w:t>☐  CSP MS</w:t>
            </w:r>
          </w:p>
        </w:tc>
        <w:tc>
          <w:tcPr>
            <w:tcW w:w="2592" w:type="dxa"/>
            <w:tcBorders>
              <w:top w:val="single" w:sz="8" w:space="0" w:color="D9D9D9"/>
              <w:left w:val="single" w:sz="8" w:space="0" w:color="D9D9D9"/>
              <w:bottom w:val="single" w:sz="8" w:space="0" w:color="D9D9D9"/>
              <w:right w:val="single" w:sz="8" w:space="0" w:color="D9D9D9"/>
            </w:tcBorders>
            <w:shd w:val="clear" w:color="auto" w:fill="F4F7FA"/>
            <w:tcMar>
              <w:top w:w="80" w:type="dxa"/>
              <w:left w:w="90" w:type="dxa"/>
              <w:bottom w:w="80" w:type="dxa"/>
              <w:right w:w="90" w:type="dxa"/>
            </w:tcMar>
            <w:vAlign w:val="center"/>
          </w:tcPr>
          <w:p w:rsidR="00DF3854" w:rsidRDefault="00000000">
            <w:pPr>
              <w:spacing w:after="0"/>
            </w:pPr>
            <w:r>
              <w:rPr>
                <w:color w:val="000000"/>
                <w:sz w:val="18"/>
              </w:rPr>
              <w:t>☐  CSP HS</w:t>
            </w:r>
          </w:p>
        </w:tc>
        <w:tc>
          <w:tcPr>
            <w:tcW w:w="2592" w:type="dxa"/>
            <w:tcBorders>
              <w:top w:val="single" w:sz="8" w:space="0" w:color="D9D9D9"/>
              <w:left w:val="single" w:sz="8" w:space="0" w:color="D9D9D9"/>
              <w:bottom w:val="single" w:sz="8" w:space="0" w:color="D9D9D9"/>
              <w:right w:val="single" w:sz="8" w:space="0" w:color="D9D9D9"/>
            </w:tcBorders>
            <w:shd w:val="clear" w:color="auto" w:fill="F4F7FA"/>
            <w:tcMar>
              <w:top w:w="80" w:type="dxa"/>
              <w:left w:w="90" w:type="dxa"/>
              <w:bottom w:w="80" w:type="dxa"/>
              <w:right w:w="90" w:type="dxa"/>
            </w:tcMar>
            <w:vAlign w:val="center"/>
          </w:tcPr>
          <w:p w:rsidR="00DF3854" w:rsidRDefault="00000000">
            <w:pPr>
              <w:spacing w:after="0"/>
            </w:pPr>
            <w:r>
              <w:rPr>
                <w:color w:val="000000"/>
                <w:sz w:val="18"/>
              </w:rPr>
              <w:t>☐  CMIT North ES</w:t>
            </w:r>
          </w:p>
        </w:tc>
      </w:tr>
      <w:tr w:rsidR="00DF3854">
        <w:trPr>
          <w:jc w:val="center"/>
        </w:trPr>
        <w:tc>
          <w:tcPr>
            <w:tcW w:w="2592" w:type="dxa"/>
            <w:tcBorders>
              <w:top w:val="single" w:sz="8" w:space="0" w:color="D9D9D9"/>
              <w:left w:val="single" w:sz="8" w:space="0" w:color="D9D9D9"/>
              <w:bottom w:val="single" w:sz="8" w:space="0" w:color="D9D9D9"/>
              <w:right w:val="single" w:sz="8" w:space="0" w:color="D9D9D9"/>
            </w:tcBorders>
            <w:shd w:val="clear" w:color="auto" w:fill="F4F7FA"/>
            <w:tcMar>
              <w:top w:w="80" w:type="dxa"/>
              <w:left w:w="90" w:type="dxa"/>
              <w:bottom w:w="80" w:type="dxa"/>
              <w:right w:w="90" w:type="dxa"/>
            </w:tcMar>
            <w:vAlign w:val="center"/>
          </w:tcPr>
          <w:p w:rsidR="00DF3854" w:rsidRDefault="00000000">
            <w:pPr>
              <w:spacing w:after="0"/>
            </w:pPr>
            <w:r>
              <w:rPr>
                <w:color w:val="000000"/>
                <w:sz w:val="18"/>
              </w:rPr>
              <w:t>☐  CMIT North MS</w:t>
            </w:r>
          </w:p>
        </w:tc>
        <w:tc>
          <w:tcPr>
            <w:tcW w:w="2592" w:type="dxa"/>
            <w:tcBorders>
              <w:top w:val="single" w:sz="8" w:space="0" w:color="D9D9D9"/>
              <w:left w:val="single" w:sz="8" w:space="0" w:color="D9D9D9"/>
              <w:bottom w:val="single" w:sz="8" w:space="0" w:color="D9D9D9"/>
              <w:right w:val="single" w:sz="8" w:space="0" w:color="D9D9D9"/>
            </w:tcBorders>
            <w:shd w:val="clear" w:color="auto" w:fill="F4F7FA"/>
            <w:tcMar>
              <w:top w:w="80" w:type="dxa"/>
              <w:left w:w="90" w:type="dxa"/>
              <w:bottom w:w="80" w:type="dxa"/>
              <w:right w:w="90" w:type="dxa"/>
            </w:tcMar>
            <w:vAlign w:val="center"/>
          </w:tcPr>
          <w:p w:rsidR="00DF3854" w:rsidRDefault="00000000">
            <w:pPr>
              <w:spacing w:after="0"/>
            </w:pPr>
            <w:r>
              <w:rPr>
                <w:color w:val="000000"/>
                <w:sz w:val="18"/>
              </w:rPr>
              <w:t>☐  CMIT North HS</w:t>
            </w:r>
          </w:p>
        </w:tc>
        <w:tc>
          <w:tcPr>
            <w:tcW w:w="2592" w:type="dxa"/>
            <w:tcBorders>
              <w:top w:val="single" w:sz="8" w:space="0" w:color="D9D9D9"/>
              <w:left w:val="single" w:sz="8" w:space="0" w:color="D9D9D9"/>
              <w:bottom w:val="single" w:sz="8" w:space="0" w:color="D9D9D9"/>
              <w:right w:val="single" w:sz="8" w:space="0" w:color="D9D9D9"/>
            </w:tcBorders>
            <w:shd w:val="clear" w:color="auto" w:fill="F4F7FA"/>
            <w:tcMar>
              <w:top w:w="80" w:type="dxa"/>
              <w:left w:w="90" w:type="dxa"/>
              <w:bottom w:w="80" w:type="dxa"/>
              <w:right w:w="90" w:type="dxa"/>
            </w:tcMar>
            <w:vAlign w:val="center"/>
          </w:tcPr>
          <w:p w:rsidR="00DF3854" w:rsidRDefault="00000000">
            <w:pPr>
              <w:spacing w:after="0"/>
            </w:pPr>
            <w:r>
              <w:rPr>
                <w:color w:val="000000"/>
                <w:sz w:val="18"/>
              </w:rPr>
              <w:t>☐  CMIT South ES</w:t>
            </w:r>
          </w:p>
        </w:tc>
        <w:tc>
          <w:tcPr>
            <w:tcW w:w="2592" w:type="dxa"/>
            <w:tcBorders>
              <w:top w:val="single" w:sz="8" w:space="0" w:color="D9D9D9"/>
              <w:left w:val="single" w:sz="8" w:space="0" w:color="D9D9D9"/>
              <w:bottom w:val="single" w:sz="8" w:space="0" w:color="D9D9D9"/>
              <w:right w:val="single" w:sz="8" w:space="0" w:color="D9D9D9"/>
            </w:tcBorders>
            <w:shd w:val="clear" w:color="auto" w:fill="F4F7FA"/>
            <w:tcMar>
              <w:top w:w="80" w:type="dxa"/>
              <w:left w:w="90" w:type="dxa"/>
              <w:bottom w:w="80" w:type="dxa"/>
              <w:right w:w="90" w:type="dxa"/>
            </w:tcMar>
            <w:vAlign w:val="center"/>
          </w:tcPr>
          <w:p w:rsidR="00DF3854" w:rsidRDefault="00000000">
            <w:pPr>
              <w:spacing w:after="0"/>
            </w:pPr>
            <w:r>
              <w:rPr>
                <w:color w:val="000000"/>
                <w:sz w:val="18"/>
              </w:rPr>
              <w:t>☐  CMIT South MS/HS</w:t>
            </w:r>
          </w:p>
        </w:tc>
      </w:tr>
    </w:tbl>
    <w:p w:rsidR="00DF3854" w:rsidRDefault="00000000">
      <w:pPr>
        <w:pStyle w:val="Heading1"/>
      </w:pPr>
      <w:r>
        <w:t>Requested Dates and Times</w:t>
      </w:r>
    </w:p>
    <w:tbl>
      <w:tblPr>
        <w:tblW w:w="0" w:type="auto"/>
        <w:jc w:val="center"/>
        <w:tblLook w:val="04A0" w:firstRow="1" w:lastRow="0" w:firstColumn="1" w:lastColumn="0" w:noHBand="0" w:noVBand="1"/>
      </w:tblPr>
      <w:tblGrid>
        <w:gridCol w:w="2637"/>
        <w:gridCol w:w="2637"/>
        <w:gridCol w:w="2638"/>
        <w:gridCol w:w="2638"/>
      </w:tblGrid>
      <w:tr w:rsidR="00DF3854">
        <w:trPr>
          <w:jc w:val="center"/>
        </w:trPr>
        <w:tc>
          <w:tcPr>
            <w:tcW w:w="2642" w:type="dxa"/>
            <w:tcBorders>
              <w:top w:val="single" w:sz="8" w:space="0" w:color="D9D9D9"/>
              <w:left w:val="single" w:sz="8" w:space="0" w:color="D9D9D9"/>
              <w:bottom w:val="single" w:sz="8" w:space="0" w:color="D9D9D9"/>
              <w:right w:val="single" w:sz="8" w:space="0" w:color="D9D9D9"/>
            </w:tcBorders>
            <w:shd w:val="clear" w:color="auto" w:fill="173F6D"/>
            <w:tcMar>
              <w:top w:w="80" w:type="dxa"/>
              <w:left w:w="90" w:type="dxa"/>
              <w:bottom w:w="80" w:type="dxa"/>
              <w:right w:w="90" w:type="dxa"/>
            </w:tcMar>
            <w:vAlign w:val="center"/>
          </w:tcPr>
          <w:p w:rsidR="00DF3854" w:rsidRDefault="00000000">
            <w:pPr>
              <w:spacing w:after="0"/>
              <w:jc w:val="center"/>
            </w:pPr>
            <w:r>
              <w:rPr>
                <w:b/>
                <w:color w:val="FFFFFF"/>
                <w:sz w:val="18"/>
              </w:rPr>
              <w:t>First date</w:t>
            </w:r>
          </w:p>
        </w:tc>
        <w:tc>
          <w:tcPr>
            <w:tcW w:w="2642" w:type="dxa"/>
            <w:tcBorders>
              <w:top w:val="single" w:sz="8" w:space="0" w:color="D9D9D9"/>
              <w:left w:val="single" w:sz="8" w:space="0" w:color="D9D9D9"/>
              <w:bottom w:val="single" w:sz="8" w:space="0" w:color="D9D9D9"/>
              <w:right w:val="single" w:sz="8" w:space="0" w:color="D9D9D9"/>
            </w:tcBorders>
            <w:shd w:val="clear" w:color="auto" w:fill="173F6D"/>
            <w:tcMar>
              <w:top w:w="80" w:type="dxa"/>
              <w:left w:w="90" w:type="dxa"/>
              <w:bottom w:w="80" w:type="dxa"/>
              <w:right w:w="90" w:type="dxa"/>
            </w:tcMar>
            <w:vAlign w:val="center"/>
          </w:tcPr>
          <w:p w:rsidR="00DF3854" w:rsidRDefault="00000000">
            <w:pPr>
              <w:spacing w:after="0"/>
              <w:jc w:val="center"/>
            </w:pPr>
            <w:r>
              <w:rPr>
                <w:b/>
                <w:color w:val="FFFFFF"/>
                <w:sz w:val="18"/>
              </w:rPr>
              <w:t>Final date</w:t>
            </w:r>
          </w:p>
        </w:tc>
        <w:tc>
          <w:tcPr>
            <w:tcW w:w="2642" w:type="dxa"/>
            <w:tcBorders>
              <w:top w:val="single" w:sz="8" w:space="0" w:color="D9D9D9"/>
              <w:left w:val="single" w:sz="8" w:space="0" w:color="D9D9D9"/>
              <w:bottom w:val="single" w:sz="8" w:space="0" w:color="D9D9D9"/>
              <w:right w:val="single" w:sz="8" w:space="0" w:color="D9D9D9"/>
            </w:tcBorders>
            <w:shd w:val="clear" w:color="auto" w:fill="173F6D"/>
            <w:tcMar>
              <w:top w:w="80" w:type="dxa"/>
              <w:left w:w="90" w:type="dxa"/>
              <w:bottom w:w="80" w:type="dxa"/>
              <w:right w:w="90" w:type="dxa"/>
            </w:tcMar>
            <w:vAlign w:val="center"/>
          </w:tcPr>
          <w:p w:rsidR="00DF3854" w:rsidRDefault="00000000">
            <w:pPr>
              <w:spacing w:after="0"/>
              <w:jc w:val="center"/>
            </w:pPr>
            <w:r>
              <w:rPr>
                <w:b/>
                <w:color w:val="FFFFFF"/>
                <w:sz w:val="18"/>
              </w:rPr>
              <w:t>Event start time</w:t>
            </w:r>
          </w:p>
        </w:tc>
        <w:tc>
          <w:tcPr>
            <w:tcW w:w="2642" w:type="dxa"/>
            <w:tcBorders>
              <w:top w:val="single" w:sz="8" w:space="0" w:color="D9D9D9"/>
              <w:left w:val="single" w:sz="8" w:space="0" w:color="D9D9D9"/>
              <w:bottom w:val="single" w:sz="8" w:space="0" w:color="D9D9D9"/>
              <w:right w:val="single" w:sz="8" w:space="0" w:color="D9D9D9"/>
            </w:tcBorders>
            <w:shd w:val="clear" w:color="auto" w:fill="173F6D"/>
            <w:tcMar>
              <w:top w:w="80" w:type="dxa"/>
              <w:left w:w="90" w:type="dxa"/>
              <w:bottom w:w="80" w:type="dxa"/>
              <w:right w:w="90" w:type="dxa"/>
            </w:tcMar>
            <w:vAlign w:val="center"/>
          </w:tcPr>
          <w:p w:rsidR="00DF3854" w:rsidRDefault="00000000">
            <w:pPr>
              <w:spacing w:after="0"/>
              <w:jc w:val="center"/>
            </w:pPr>
            <w:r>
              <w:rPr>
                <w:b/>
                <w:color w:val="FFFFFF"/>
                <w:sz w:val="18"/>
              </w:rPr>
              <w:t>Event end time</w:t>
            </w:r>
          </w:p>
        </w:tc>
      </w:tr>
      <w:tr w:rsidR="00DF3854">
        <w:trPr>
          <w:jc w:val="center"/>
        </w:trPr>
        <w:tc>
          <w:tcPr>
            <w:tcW w:w="2642" w:type="dxa"/>
            <w:tcBorders>
              <w:top w:val="single" w:sz="8" w:space="0" w:color="D9D9D9"/>
              <w:left w:val="single" w:sz="8" w:space="0" w:color="D9D9D9"/>
              <w:bottom w:val="single" w:sz="8" w:space="0" w:color="D9D9D9"/>
              <w:right w:val="single" w:sz="8" w:space="0" w:color="D9D9D9"/>
            </w:tcBorders>
            <w:tcMar>
              <w:top w:w="80" w:type="dxa"/>
              <w:left w:w="90" w:type="dxa"/>
              <w:bottom w:w="80" w:type="dxa"/>
              <w:right w:w="90" w:type="dxa"/>
            </w:tcMar>
            <w:vAlign w:val="center"/>
          </w:tcPr>
          <w:p w:rsidR="00DF3854" w:rsidRDefault="00DF3854">
            <w:pPr>
              <w:spacing w:after="0"/>
              <w:jc w:val="center"/>
            </w:pPr>
          </w:p>
        </w:tc>
        <w:tc>
          <w:tcPr>
            <w:tcW w:w="2642" w:type="dxa"/>
            <w:tcBorders>
              <w:top w:val="single" w:sz="8" w:space="0" w:color="D9D9D9"/>
              <w:left w:val="single" w:sz="8" w:space="0" w:color="D9D9D9"/>
              <w:bottom w:val="single" w:sz="8" w:space="0" w:color="D9D9D9"/>
              <w:right w:val="single" w:sz="8" w:space="0" w:color="D9D9D9"/>
            </w:tcBorders>
            <w:tcMar>
              <w:top w:w="80" w:type="dxa"/>
              <w:left w:w="90" w:type="dxa"/>
              <w:bottom w:w="80" w:type="dxa"/>
              <w:right w:w="90" w:type="dxa"/>
            </w:tcMar>
            <w:vAlign w:val="center"/>
          </w:tcPr>
          <w:p w:rsidR="00DF3854" w:rsidRDefault="00DF3854">
            <w:pPr>
              <w:spacing w:after="0"/>
              <w:jc w:val="center"/>
            </w:pPr>
          </w:p>
        </w:tc>
        <w:tc>
          <w:tcPr>
            <w:tcW w:w="2642" w:type="dxa"/>
            <w:tcBorders>
              <w:top w:val="single" w:sz="8" w:space="0" w:color="D9D9D9"/>
              <w:left w:val="single" w:sz="8" w:space="0" w:color="D9D9D9"/>
              <w:bottom w:val="single" w:sz="8" w:space="0" w:color="D9D9D9"/>
              <w:right w:val="single" w:sz="8" w:space="0" w:color="D9D9D9"/>
            </w:tcBorders>
            <w:tcMar>
              <w:top w:w="80" w:type="dxa"/>
              <w:left w:w="90" w:type="dxa"/>
              <w:bottom w:w="80" w:type="dxa"/>
              <w:right w:w="90" w:type="dxa"/>
            </w:tcMar>
            <w:vAlign w:val="center"/>
          </w:tcPr>
          <w:p w:rsidR="00DF3854" w:rsidRDefault="00DF3854">
            <w:pPr>
              <w:spacing w:after="0"/>
              <w:jc w:val="center"/>
            </w:pPr>
          </w:p>
        </w:tc>
        <w:tc>
          <w:tcPr>
            <w:tcW w:w="2642" w:type="dxa"/>
            <w:tcBorders>
              <w:top w:val="single" w:sz="8" w:space="0" w:color="D9D9D9"/>
              <w:left w:val="single" w:sz="8" w:space="0" w:color="D9D9D9"/>
              <w:bottom w:val="single" w:sz="8" w:space="0" w:color="D9D9D9"/>
              <w:right w:val="single" w:sz="8" w:space="0" w:color="D9D9D9"/>
            </w:tcBorders>
            <w:tcMar>
              <w:top w:w="80" w:type="dxa"/>
              <w:left w:w="90" w:type="dxa"/>
              <w:bottom w:w="80" w:type="dxa"/>
              <w:right w:w="90" w:type="dxa"/>
            </w:tcMar>
            <w:vAlign w:val="center"/>
          </w:tcPr>
          <w:p w:rsidR="00DF3854" w:rsidRDefault="00DF3854">
            <w:pPr>
              <w:spacing w:after="0"/>
              <w:jc w:val="center"/>
            </w:pPr>
          </w:p>
        </w:tc>
      </w:tr>
    </w:tbl>
    <w:p w:rsidR="00DF3854" w:rsidRDefault="00000000">
      <w:pPr>
        <w:spacing w:before="100" w:after="60"/>
      </w:pPr>
      <w:r>
        <w:rPr>
          <w:b/>
        </w:rPr>
        <w:t>Days requested</w:t>
      </w:r>
    </w:p>
    <w:tbl>
      <w:tblPr>
        <w:tblW w:w="0" w:type="auto"/>
        <w:jc w:val="center"/>
        <w:tblLook w:val="04A0" w:firstRow="1" w:lastRow="0" w:firstColumn="1" w:lastColumn="0" w:noHBand="0" w:noVBand="1"/>
      </w:tblPr>
      <w:tblGrid>
        <w:gridCol w:w="1360"/>
        <w:gridCol w:w="1364"/>
        <w:gridCol w:w="1358"/>
        <w:gridCol w:w="1367"/>
        <w:gridCol w:w="1358"/>
        <w:gridCol w:w="1343"/>
        <w:gridCol w:w="2400"/>
      </w:tblGrid>
      <w:tr w:rsidR="00DF3854">
        <w:trPr>
          <w:jc w:val="center"/>
        </w:trPr>
        <w:tc>
          <w:tcPr>
            <w:tcW w:w="1510" w:type="dxa"/>
            <w:tcBorders>
              <w:top w:val="single" w:sz="8" w:space="0" w:color="D9D9D9"/>
              <w:left w:val="single" w:sz="8" w:space="0" w:color="D9D9D9"/>
              <w:bottom w:val="single" w:sz="8" w:space="0" w:color="D9D9D9"/>
              <w:right w:val="single" w:sz="8" w:space="0" w:color="D9D9D9"/>
            </w:tcBorders>
            <w:shd w:val="clear" w:color="auto" w:fill="F4F7FA"/>
            <w:tcMar>
              <w:top w:w="80" w:type="dxa"/>
              <w:left w:w="90" w:type="dxa"/>
              <w:bottom w:w="80" w:type="dxa"/>
              <w:right w:w="90" w:type="dxa"/>
            </w:tcMar>
            <w:vAlign w:val="center"/>
          </w:tcPr>
          <w:p w:rsidR="00DF3854" w:rsidRDefault="00000000">
            <w:pPr>
              <w:spacing w:after="0"/>
              <w:jc w:val="center"/>
            </w:pPr>
            <w:r>
              <w:rPr>
                <w:color w:val="000000"/>
                <w:sz w:val="18"/>
              </w:rPr>
              <w:t>☐ Sun</w:t>
            </w:r>
          </w:p>
        </w:tc>
        <w:tc>
          <w:tcPr>
            <w:tcW w:w="1510" w:type="dxa"/>
            <w:tcBorders>
              <w:top w:val="single" w:sz="8" w:space="0" w:color="D9D9D9"/>
              <w:left w:val="single" w:sz="8" w:space="0" w:color="D9D9D9"/>
              <w:bottom w:val="single" w:sz="8" w:space="0" w:color="D9D9D9"/>
              <w:right w:val="single" w:sz="8" w:space="0" w:color="D9D9D9"/>
            </w:tcBorders>
            <w:shd w:val="clear" w:color="auto" w:fill="F4F7FA"/>
            <w:tcMar>
              <w:top w:w="80" w:type="dxa"/>
              <w:left w:w="90" w:type="dxa"/>
              <w:bottom w:w="80" w:type="dxa"/>
              <w:right w:w="90" w:type="dxa"/>
            </w:tcMar>
            <w:vAlign w:val="center"/>
          </w:tcPr>
          <w:p w:rsidR="00DF3854" w:rsidRDefault="00000000">
            <w:pPr>
              <w:spacing w:after="0"/>
              <w:jc w:val="center"/>
            </w:pPr>
            <w:r>
              <w:rPr>
                <w:color w:val="000000"/>
                <w:sz w:val="18"/>
              </w:rPr>
              <w:t>☐ Mon</w:t>
            </w:r>
          </w:p>
        </w:tc>
        <w:tc>
          <w:tcPr>
            <w:tcW w:w="1510" w:type="dxa"/>
            <w:tcBorders>
              <w:top w:val="single" w:sz="8" w:space="0" w:color="D9D9D9"/>
              <w:left w:val="single" w:sz="8" w:space="0" w:color="D9D9D9"/>
              <w:bottom w:val="single" w:sz="8" w:space="0" w:color="D9D9D9"/>
              <w:right w:val="single" w:sz="8" w:space="0" w:color="D9D9D9"/>
            </w:tcBorders>
            <w:shd w:val="clear" w:color="auto" w:fill="F4F7FA"/>
            <w:tcMar>
              <w:top w:w="80" w:type="dxa"/>
              <w:left w:w="90" w:type="dxa"/>
              <w:bottom w:w="80" w:type="dxa"/>
              <w:right w:w="90" w:type="dxa"/>
            </w:tcMar>
            <w:vAlign w:val="center"/>
          </w:tcPr>
          <w:p w:rsidR="00DF3854" w:rsidRDefault="00000000">
            <w:pPr>
              <w:spacing w:after="0"/>
              <w:jc w:val="center"/>
            </w:pPr>
            <w:r>
              <w:rPr>
                <w:color w:val="000000"/>
                <w:sz w:val="18"/>
              </w:rPr>
              <w:t>☐ Tue</w:t>
            </w:r>
          </w:p>
        </w:tc>
        <w:tc>
          <w:tcPr>
            <w:tcW w:w="1510" w:type="dxa"/>
            <w:tcBorders>
              <w:top w:val="single" w:sz="8" w:space="0" w:color="D9D9D9"/>
              <w:left w:val="single" w:sz="8" w:space="0" w:color="D9D9D9"/>
              <w:bottom w:val="single" w:sz="8" w:space="0" w:color="D9D9D9"/>
              <w:right w:val="single" w:sz="8" w:space="0" w:color="D9D9D9"/>
            </w:tcBorders>
            <w:shd w:val="clear" w:color="auto" w:fill="F4F7FA"/>
            <w:tcMar>
              <w:top w:w="80" w:type="dxa"/>
              <w:left w:w="90" w:type="dxa"/>
              <w:bottom w:w="80" w:type="dxa"/>
              <w:right w:w="90" w:type="dxa"/>
            </w:tcMar>
            <w:vAlign w:val="center"/>
          </w:tcPr>
          <w:p w:rsidR="00DF3854" w:rsidRDefault="00000000">
            <w:pPr>
              <w:spacing w:after="0"/>
              <w:jc w:val="center"/>
            </w:pPr>
            <w:r>
              <w:rPr>
                <w:color w:val="000000"/>
                <w:sz w:val="18"/>
              </w:rPr>
              <w:t>☐ Wed</w:t>
            </w:r>
          </w:p>
        </w:tc>
        <w:tc>
          <w:tcPr>
            <w:tcW w:w="1510" w:type="dxa"/>
            <w:tcBorders>
              <w:top w:val="single" w:sz="8" w:space="0" w:color="D9D9D9"/>
              <w:left w:val="single" w:sz="8" w:space="0" w:color="D9D9D9"/>
              <w:bottom w:val="single" w:sz="8" w:space="0" w:color="D9D9D9"/>
              <w:right w:val="single" w:sz="8" w:space="0" w:color="D9D9D9"/>
            </w:tcBorders>
            <w:shd w:val="clear" w:color="auto" w:fill="F4F7FA"/>
            <w:tcMar>
              <w:top w:w="80" w:type="dxa"/>
              <w:left w:w="90" w:type="dxa"/>
              <w:bottom w:w="80" w:type="dxa"/>
              <w:right w:w="90" w:type="dxa"/>
            </w:tcMar>
            <w:vAlign w:val="center"/>
          </w:tcPr>
          <w:p w:rsidR="00DF3854" w:rsidRDefault="00000000">
            <w:pPr>
              <w:spacing w:after="0"/>
              <w:jc w:val="center"/>
            </w:pPr>
            <w:r>
              <w:rPr>
                <w:color w:val="000000"/>
                <w:sz w:val="18"/>
              </w:rPr>
              <w:t>☐ Thu</w:t>
            </w:r>
          </w:p>
        </w:tc>
        <w:tc>
          <w:tcPr>
            <w:tcW w:w="1510" w:type="dxa"/>
            <w:tcBorders>
              <w:top w:val="single" w:sz="8" w:space="0" w:color="D9D9D9"/>
              <w:left w:val="single" w:sz="8" w:space="0" w:color="D9D9D9"/>
              <w:bottom w:val="single" w:sz="8" w:space="0" w:color="D9D9D9"/>
              <w:right w:val="single" w:sz="8" w:space="0" w:color="D9D9D9"/>
            </w:tcBorders>
            <w:shd w:val="clear" w:color="auto" w:fill="F4F7FA"/>
            <w:tcMar>
              <w:top w:w="80" w:type="dxa"/>
              <w:left w:w="90" w:type="dxa"/>
              <w:bottom w:w="80" w:type="dxa"/>
              <w:right w:w="90" w:type="dxa"/>
            </w:tcMar>
            <w:vAlign w:val="center"/>
          </w:tcPr>
          <w:p w:rsidR="00DF3854" w:rsidRDefault="00000000">
            <w:pPr>
              <w:spacing w:after="0"/>
              <w:jc w:val="center"/>
            </w:pPr>
            <w:r>
              <w:rPr>
                <w:color w:val="000000"/>
                <w:sz w:val="18"/>
              </w:rPr>
              <w:t>☐ Fri</w:t>
            </w:r>
          </w:p>
        </w:tc>
        <w:tc>
          <w:tcPr>
            <w:tcW w:w="1510" w:type="dxa"/>
            <w:tcBorders>
              <w:top w:val="single" w:sz="8" w:space="0" w:color="D9D9D9"/>
              <w:left w:val="single" w:sz="8" w:space="0" w:color="D9D9D9"/>
              <w:bottom w:val="single" w:sz="8" w:space="0" w:color="D9D9D9"/>
              <w:right w:val="single" w:sz="8" w:space="0" w:color="D9D9D9"/>
            </w:tcBorders>
            <w:shd w:val="clear" w:color="auto" w:fill="F4F7FA"/>
            <w:tcMar>
              <w:top w:w="80" w:type="dxa"/>
              <w:left w:w="90" w:type="dxa"/>
              <w:bottom w:w="80" w:type="dxa"/>
              <w:right w:w="90" w:type="dxa"/>
            </w:tcMar>
            <w:vAlign w:val="center"/>
          </w:tcPr>
          <w:p w:rsidR="00DF3854" w:rsidRDefault="00000000">
            <w:pPr>
              <w:spacing w:after="0"/>
              <w:jc w:val="center"/>
            </w:pPr>
            <w:r>
              <w:rPr>
                <w:color w:val="000000"/>
                <w:sz w:val="18"/>
              </w:rPr>
              <w:t>☐ Sat</w:t>
            </w:r>
          </w:p>
        </w:tc>
      </w:tr>
      <w:tr w:rsidR="00DF3854">
        <w:trPr>
          <w:jc w:val="center"/>
        </w:trPr>
        <w:tc>
          <w:tcPr>
            <w:tcW w:w="3096" w:type="dxa"/>
            <w:gridSpan w:val="3"/>
            <w:tcBorders>
              <w:top w:val="single" w:sz="8" w:space="0" w:color="D9D9D9"/>
              <w:left w:val="single" w:sz="8" w:space="0" w:color="D9D9D9"/>
              <w:bottom w:val="single" w:sz="8" w:space="0" w:color="D9D9D9"/>
              <w:right w:val="single" w:sz="8" w:space="0" w:color="D9D9D9"/>
            </w:tcBorders>
            <w:shd w:val="clear" w:color="auto" w:fill="DDEBF7"/>
            <w:tcMar>
              <w:top w:w="80" w:type="dxa"/>
              <w:left w:w="90" w:type="dxa"/>
              <w:bottom w:w="80" w:type="dxa"/>
              <w:right w:w="90" w:type="dxa"/>
            </w:tcMar>
            <w:vAlign w:val="center"/>
          </w:tcPr>
          <w:p w:rsidR="00DF3854" w:rsidRDefault="00000000">
            <w:pPr>
              <w:spacing w:after="60"/>
            </w:pPr>
            <w:r>
              <w:rPr>
                <w:b/>
                <w:color w:val="173F6D"/>
                <w:sz w:val="18"/>
              </w:rPr>
              <w:t>Building access time</w:t>
            </w:r>
          </w:p>
        </w:tc>
        <w:tc>
          <w:tcPr>
            <w:tcW w:w="7272" w:type="dxa"/>
            <w:gridSpan w:val="4"/>
            <w:tcBorders>
              <w:top w:val="single" w:sz="8" w:space="0" w:color="D9D9D9"/>
              <w:left w:val="single" w:sz="8" w:space="0" w:color="D9D9D9"/>
              <w:bottom w:val="single" w:sz="8" w:space="0" w:color="D9D9D9"/>
              <w:right w:val="single" w:sz="8" w:space="0" w:color="D9D9D9"/>
            </w:tcBorders>
            <w:tcMar>
              <w:top w:w="80" w:type="dxa"/>
              <w:left w:w="90" w:type="dxa"/>
              <w:bottom w:w="80" w:type="dxa"/>
              <w:right w:w="90" w:type="dxa"/>
            </w:tcMar>
            <w:vAlign w:val="center"/>
          </w:tcPr>
          <w:p w:rsidR="00DF3854" w:rsidRDefault="00DF3854">
            <w:pPr>
              <w:spacing w:after="60"/>
            </w:pPr>
          </w:p>
        </w:tc>
      </w:tr>
      <w:tr w:rsidR="00DF3854">
        <w:trPr>
          <w:jc w:val="center"/>
        </w:trPr>
        <w:tc>
          <w:tcPr>
            <w:tcW w:w="3096" w:type="dxa"/>
            <w:gridSpan w:val="3"/>
            <w:tcBorders>
              <w:top w:val="single" w:sz="8" w:space="0" w:color="D9D9D9"/>
              <w:left w:val="single" w:sz="8" w:space="0" w:color="D9D9D9"/>
              <w:bottom w:val="single" w:sz="8" w:space="0" w:color="D9D9D9"/>
              <w:right w:val="single" w:sz="8" w:space="0" w:color="D9D9D9"/>
            </w:tcBorders>
            <w:shd w:val="clear" w:color="auto" w:fill="DDEBF7"/>
            <w:tcMar>
              <w:top w:w="80" w:type="dxa"/>
              <w:left w:w="90" w:type="dxa"/>
              <w:bottom w:w="80" w:type="dxa"/>
              <w:right w:w="90" w:type="dxa"/>
            </w:tcMar>
            <w:vAlign w:val="center"/>
          </w:tcPr>
          <w:p w:rsidR="00DF3854" w:rsidRDefault="00000000">
            <w:pPr>
              <w:spacing w:after="60"/>
            </w:pPr>
            <w:r>
              <w:rPr>
                <w:b/>
                <w:color w:val="173F6D"/>
                <w:sz w:val="18"/>
              </w:rPr>
              <w:t>Setup time</w:t>
            </w:r>
          </w:p>
        </w:tc>
        <w:tc>
          <w:tcPr>
            <w:tcW w:w="7272" w:type="dxa"/>
            <w:gridSpan w:val="4"/>
            <w:tcBorders>
              <w:top w:val="single" w:sz="8" w:space="0" w:color="D9D9D9"/>
              <w:left w:val="single" w:sz="8" w:space="0" w:color="D9D9D9"/>
              <w:bottom w:val="single" w:sz="8" w:space="0" w:color="D9D9D9"/>
              <w:right w:val="single" w:sz="8" w:space="0" w:color="D9D9D9"/>
            </w:tcBorders>
            <w:tcMar>
              <w:top w:w="80" w:type="dxa"/>
              <w:left w:w="90" w:type="dxa"/>
              <w:bottom w:w="80" w:type="dxa"/>
              <w:right w:w="90" w:type="dxa"/>
            </w:tcMar>
            <w:vAlign w:val="center"/>
          </w:tcPr>
          <w:p w:rsidR="00DF3854" w:rsidRDefault="00DF3854">
            <w:pPr>
              <w:spacing w:after="60"/>
            </w:pPr>
          </w:p>
        </w:tc>
      </w:tr>
      <w:tr w:rsidR="00DF3854">
        <w:trPr>
          <w:jc w:val="center"/>
        </w:trPr>
        <w:tc>
          <w:tcPr>
            <w:tcW w:w="3096" w:type="dxa"/>
            <w:gridSpan w:val="3"/>
            <w:tcBorders>
              <w:top w:val="single" w:sz="8" w:space="0" w:color="D9D9D9"/>
              <w:left w:val="single" w:sz="8" w:space="0" w:color="D9D9D9"/>
              <w:bottom w:val="single" w:sz="8" w:space="0" w:color="D9D9D9"/>
              <w:right w:val="single" w:sz="8" w:space="0" w:color="D9D9D9"/>
            </w:tcBorders>
            <w:shd w:val="clear" w:color="auto" w:fill="DDEBF7"/>
            <w:tcMar>
              <w:top w:w="80" w:type="dxa"/>
              <w:left w:w="90" w:type="dxa"/>
              <w:bottom w:w="80" w:type="dxa"/>
              <w:right w:w="90" w:type="dxa"/>
            </w:tcMar>
            <w:vAlign w:val="center"/>
          </w:tcPr>
          <w:p w:rsidR="00DF3854" w:rsidRDefault="00000000">
            <w:pPr>
              <w:spacing w:after="60"/>
            </w:pPr>
            <w:r>
              <w:rPr>
                <w:b/>
                <w:color w:val="173F6D"/>
                <w:sz w:val="18"/>
              </w:rPr>
              <w:t>Cleanup completion time</w:t>
            </w:r>
          </w:p>
        </w:tc>
        <w:tc>
          <w:tcPr>
            <w:tcW w:w="7272" w:type="dxa"/>
            <w:gridSpan w:val="4"/>
            <w:tcBorders>
              <w:top w:val="single" w:sz="8" w:space="0" w:color="D9D9D9"/>
              <w:left w:val="single" w:sz="8" w:space="0" w:color="D9D9D9"/>
              <w:bottom w:val="single" w:sz="8" w:space="0" w:color="D9D9D9"/>
              <w:right w:val="single" w:sz="8" w:space="0" w:color="D9D9D9"/>
            </w:tcBorders>
            <w:tcMar>
              <w:top w:w="80" w:type="dxa"/>
              <w:left w:w="90" w:type="dxa"/>
              <w:bottom w:w="80" w:type="dxa"/>
              <w:right w:w="90" w:type="dxa"/>
            </w:tcMar>
            <w:vAlign w:val="center"/>
          </w:tcPr>
          <w:p w:rsidR="00DF3854" w:rsidRDefault="00DF3854">
            <w:pPr>
              <w:spacing w:after="60"/>
            </w:pPr>
          </w:p>
        </w:tc>
      </w:tr>
      <w:tr w:rsidR="00DF3854">
        <w:trPr>
          <w:jc w:val="center"/>
        </w:trPr>
        <w:tc>
          <w:tcPr>
            <w:tcW w:w="3096" w:type="dxa"/>
            <w:gridSpan w:val="3"/>
            <w:tcBorders>
              <w:top w:val="single" w:sz="8" w:space="0" w:color="D9D9D9"/>
              <w:left w:val="single" w:sz="8" w:space="0" w:color="D9D9D9"/>
              <w:bottom w:val="single" w:sz="8" w:space="0" w:color="D9D9D9"/>
              <w:right w:val="single" w:sz="8" w:space="0" w:color="D9D9D9"/>
            </w:tcBorders>
            <w:shd w:val="clear" w:color="auto" w:fill="DDEBF7"/>
            <w:tcMar>
              <w:top w:w="80" w:type="dxa"/>
              <w:left w:w="90" w:type="dxa"/>
              <w:bottom w:w="80" w:type="dxa"/>
              <w:right w:w="90" w:type="dxa"/>
            </w:tcMar>
            <w:vAlign w:val="center"/>
          </w:tcPr>
          <w:p w:rsidR="00DF3854" w:rsidRDefault="00000000">
            <w:pPr>
              <w:spacing w:after="200"/>
            </w:pPr>
            <w:r>
              <w:rPr>
                <w:b/>
                <w:color w:val="173F6D"/>
                <w:sz w:val="18"/>
              </w:rPr>
              <w:t>Recurring schedule or exceptions</w:t>
            </w:r>
          </w:p>
        </w:tc>
        <w:tc>
          <w:tcPr>
            <w:tcW w:w="7272" w:type="dxa"/>
            <w:gridSpan w:val="4"/>
            <w:tcBorders>
              <w:top w:val="single" w:sz="8" w:space="0" w:color="D9D9D9"/>
              <w:left w:val="single" w:sz="8" w:space="0" w:color="D9D9D9"/>
              <w:bottom w:val="single" w:sz="8" w:space="0" w:color="D9D9D9"/>
              <w:right w:val="single" w:sz="8" w:space="0" w:color="D9D9D9"/>
            </w:tcBorders>
            <w:tcMar>
              <w:top w:w="80" w:type="dxa"/>
              <w:left w:w="90" w:type="dxa"/>
              <w:bottom w:w="80" w:type="dxa"/>
              <w:right w:w="90" w:type="dxa"/>
            </w:tcMar>
            <w:vAlign w:val="center"/>
          </w:tcPr>
          <w:p w:rsidR="00DF3854" w:rsidRDefault="00DF3854">
            <w:pPr>
              <w:spacing w:after="200"/>
            </w:pPr>
          </w:p>
        </w:tc>
      </w:tr>
    </w:tbl>
    <w:p w:rsidR="00DF3854" w:rsidRDefault="00000000">
      <w:pPr>
        <w:pStyle w:val="Heading1"/>
      </w:pPr>
      <w:r>
        <w:t>Requested Spaces and Estimated Charges</w:t>
      </w:r>
    </w:p>
    <w:tbl>
      <w:tblPr>
        <w:tblW w:w="0" w:type="auto"/>
        <w:jc w:val="center"/>
        <w:tblLayout w:type="fixed"/>
        <w:tblLook w:val="04A0" w:firstRow="1" w:lastRow="0" w:firstColumn="1" w:lastColumn="0" w:noHBand="0" w:noVBand="1"/>
      </w:tblPr>
      <w:tblGrid>
        <w:gridCol w:w="3312"/>
        <w:gridCol w:w="2114"/>
        <w:gridCol w:w="2114"/>
        <w:gridCol w:w="2114"/>
        <w:gridCol w:w="2114"/>
      </w:tblGrid>
      <w:tr w:rsidR="00DF3854">
        <w:trPr>
          <w:tblHeader/>
          <w:jc w:val="center"/>
        </w:trPr>
        <w:tc>
          <w:tcPr>
            <w:tcW w:w="3312" w:type="dxa"/>
            <w:tcBorders>
              <w:top w:val="single" w:sz="8" w:space="0" w:color="D9D9D9"/>
              <w:left w:val="single" w:sz="8" w:space="0" w:color="D9D9D9"/>
              <w:bottom w:val="single" w:sz="8" w:space="0" w:color="D9D9D9"/>
              <w:right w:val="single" w:sz="8" w:space="0" w:color="D9D9D9"/>
            </w:tcBorders>
            <w:shd w:val="clear" w:color="auto" w:fill="173F6D"/>
            <w:tcMar>
              <w:top w:w="80" w:type="dxa"/>
              <w:left w:w="90" w:type="dxa"/>
              <w:bottom w:w="80" w:type="dxa"/>
              <w:right w:w="90" w:type="dxa"/>
            </w:tcMar>
            <w:vAlign w:val="center"/>
          </w:tcPr>
          <w:p w:rsidR="00DF3854" w:rsidRDefault="00000000">
            <w:pPr>
              <w:spacing w:after="0"/>
              <w:jc w:val="center"/>
            </w:pPr>
            <w:r>
              <w:rPr>
                <w:b/>
                <w:color w:val="FFFFFF"/>
                <w:sz w:val="17"/>
              </w:rPr>
              <w:t>Space</w:t>
            </w:r>
          </w:p>
        </w:tc>
        <w:tc>
          <w:tcPr>
            <w:tcW w:w="1008" w:type="dxa"/>
            <w:tcBorders>
              <w:top w:val="single" w:sz="8" w:space="0" w:color="D9D9D9"/>
              <w:left w:val="single" w:sz="8" w:space="0" w:color="D9D9D9"/>
              <w:bottom w:val="single" w:sz="8" w:space="0" w:color="D9D9D9"/>
              <w:right w:val="single" w:sz="8" w:space="0" w:color="D9D9D9"/>
            </w:tcBorders>
            <w:shd w:val="clear" w:color="auto" w:fill="173F6D"/>
            <w:tcMar>
              <w:top w:w="80" w:type="dxa"/>
              <w:left w:w="90" w:type="dxa"/>
              <w:bottom w:w="80" w:type="dxa"/>
              <w:right w:w="90" w:type="dxa"/>
            </w:tcMar>
            <w:vAlign w:val="center"/>
          </w:tcPr>
          <w:p w:rsidR="00DF3854" w:rsidRDefault="00000000">
            <w:pPr>
              <w:spacing w:after="0"/>
              <w:jc w:val="center"/>
            </w:pPr>
            <w:r>
              <w:rPr>
                <w:b/>
                <w:color w:val="FFFFFF"/>
                <w:sz w:val="17"/>
              </w:rPr>
              <w:t>Qty</w:t>
            </w:r>
          </w:p>
        </w:tc>
        <w:tc>
          <w:tcPr>
            <w:tcW w:w="1656" w:type="dxa"/>
            <w:tcBorders>
              <w:top w:val="single" w:sz="8" w:space="0" w:color="D9D9D9"/>
              <w:left w:val="single" w:sz="8" w:space="0" w:color="D9D9D9"/>
              <w:bottom w:val="single" w:sz="8" w:space="0" w:color="D9D9D9"/>
              <w:right w:val="single" w:sz="8" w:space="0" w:color="D9D9D9"/>
            </w:tcBorders>
            <w:shd w:val="clear" w:color="auto" w:fill="173F6D"/>
            <w:tcMar>
              <w:top w:w="80" w:type="dxa"/>
              <w:left w:w="90" w:type="dxa"/>
              <w:bottom w:w="80" w:type="dxa"/>
              <w:right w:w="90" w:type="dxa"/>
            </w:tcMar>
            <w:vAlign w:val="center"/>
          </w:tcPr>
          <w:p w:rsidR="00DF3854" w:rsidRDefault="00000000">
            <w:pPr>
              <w:spacing w:after="0"/>
              <w:jc w:val="center"/>
            </w:pPr>
            <w:r>
              <w:rPr>
                <w:b/>
                <w:color w:val="FFFFFF"/>
                <w:sz w:val="17"/>
              </w:rPr>
              <w:t>Hourly rate</w:t>
            </w:r>
          </w:p>
        </w:tc>
        <w:tc>
          <w:tcPr>
            <w:tcW w:w="1656" w:type="dxa"/>
            <w:tcBorders>
              <w:top w:val="single" w:sz="8" w:space="0" w:color="D9D9D9"/>
              <w:left w:val="single" w:sz="8" w:space="0" w:color="D9D9D9"/>
              <w:bottom w:val="single" w:sz="8" w:space="0" w:color="D9D9D9"/>
              <w:right w:val="single" w:sz="8" w:space="0" w:color="D9D9D9"/>
            </w:tcBorders>
            <w:shd w:val="clear" w:color="auto" w:fill="173F6D"/>
            <w:tcMar>
              <w:top w:w="80" w:type="dxa"/>
              <w:left w:w="90" w:type="dxa"/>
              <w:bottom w:w="80" w:type="dxa"/>
              <w:right w:w="90" w:type="dxa"/>
            </w:tcMar>
            <w:vAlign w:val="center"/>
          </w:tcPr>
          <w:p w:rsidR="00DF3854" w:rsidRDefault="00000000">
            <w:pPr>
              <w:spacing w:after="0"/>
              <w:jc w:val="center"/>
            </w:pPr>
            <w:r>
              <w:rPr>
                <w:b/>
                <w:color w:val="FFFFFF"/>
                <w:sz w:val="17"/>
              </w:rPr>
              <w:t>Billable hours</w:t>
            </w:r>
          </w:p>
        </w:tc>
        <w:tc>
          <w:tcPr>
            <w:tcW w:w="1944" w:type="dxa"/>
            <w:tcBorders>
              <w:top w:val="single" w:sz="8" w:space="0" w:color="D9D9D9"/>
              <w:left w:val="single" w:sz="8" w:space="0" w:color="D9D9D9"/>
              <w:bottom w:val="single" w:sz="8" w:space="0" w:color="D9D9D9"/>
              <w:right w:val="single" w:sz="8" w:space="0" w:color="D9D9D9"/>
            </w:tcBorders>
            <w:shd w:val="clear" w:color="auto" w:fill="173F6D"/>
            <w:tcMar>
              <w:top w:w="80" w:type="dxa"/>
              <w:left w:w="90" w:type="dxa"/>
              <w:bottom w:w="80" w:type="dxa"/>
              <w:right w:w="90" w:type="dxa"/>
            </w:tcMar>
            <w:vAlign w:val="center"/>
          </w:tcPr>
          <w:p w:rsidR="00DF3854" w:rsidRDefault="00000000">
            <w:pPr>
              <w:spacing w:after="0"/>
              <w:jc w:val="center"/>
            </w:pPr>
            <w:r>
              <w:rPr>
                <w:b/>
                <w:color w:val="FFFFFF"/>
                <w:sz w:val="17"/>
              </w:rPr>
              <w:t>Estimated cost</w:t>
            </w:r>
          </w:p>
        </w:tc>
      </w:tr>
      <w:tr w:rsidR="00DF3854">
        <w:trPr>
          <w:jc w:val="center"/>
        </w:trPr>
        <w:tc>
          <w:tcPr>
            <w:tcW w:w="2114" w:type="dxa"/>
            <w:tcBorders>
              <w:top w:val="single" w:sz="8" w:space="0" w:color="D9D9D9"/>
              <w:left w:val="single" w:sz="8" w:space="0" w:color="D9D9D9"/>
              <w:bottom w:val="single" w:sz="8" w:space="0" w:color="D9D9D9"/>
              <w:right w:val="single" w:sz="8" w:space="0" w:color="D9D9D9"/>
            </w:tcBorders>
            <w:shd w:val="clear" w:color="auto" w:fill="FFFFFF"/>
            <w:tcMar>
              <w:top w:w="80" w:type="dxa"/>
              <w:left w:w="90" w:type="dxa"/>
              <w:bottom w:w="80" w:type="dxa"/>
              <w:right w:w="90" w:type="dxa"/>
            </w:tcMar>
            <w:vAlign w:val="center"/>
          </w:tcPr>
          <w:p w:rsidR="00DF3854" w:rsidRDefault="00000000">
            <w:pPr>
              <w:spacing w:after="0"/>
            </w:pPr>
            <w:r>
              <w:rPr>
                <w:color w:val="000000"/>
                <w:sz w:val="17"/>
              </w:rPr>
              <w:t>☐  Classroom</w:t>
            </w:r>
          </w:p>
        </w:tc>
        <w:tc>
          <w:tcPr>
            <w:tcW w:w="2114" w:type="dxa"/>
            <w:tcBorders>
              <w:top w:val="single" w:sz="8" w:space="0" w:color="D9D9D9"/>
              <w:left w:val="single" w:sz="8" w:space="0" w:color="D9D9D9"/>
              <w:bottom w:val="single" w:sz="8" w:space="0" w:color="D9D9D9"/>
              <w:right w:val="single" w:sz="8" w:space="0" w:color="D9D9D9"/>
            </w:tcBorders>
            <w:shd w:val="clear" w:color="auto" w:fill="FFFFFF"/>
            <w:tcMar>
              <w:top w:w="80" w:type="dxa"/>
              <w:left w:w="90" w:type="dxa"/>
              <w:bottom w:w="80" w:type="dxa"/>
              <w:right w:w="90" w:type="dxa"/>
            </w:tcMar>
            <w:vAlign w:val="center"/>
          </w:tcPr>
          <w:p w:rsidR="00DF3854" w:rsidRDefault="00DF3854">
            <w:pPr>
              <w:spacing w:after="0"/>
              <w:jc w:val="center"/>
            </w:pPr>
          </w:p>
        </w:tc>
        <w:tc>
          <w:tcPr>
            <w:tcW w:w="2114" w:type="dxa"/>
            <w:tcBorders>
              <w:top w:val="single" w:sz="8" w:space="0" w:color="D9D9D9"/>
              <w:left w:val="single" w:sz="8" w:space="0" w:color="D9D9D9"/>
              <w:bottom w:val="single" w:sz="8" w:space="0" w:color="D9D9D9"/>
              <w:right w:val="single" w:sz="8" w:space="0" w:color="D9D9D9"/>
            </w:tcBorders>
            <w:shd w:val="clear" w:color="auto" w:fill="FFFFFF"/>
            <w:tcMar>
              <w:top w:w="80" w:type="dxa"/>
              <w:left w:w="90" w:type="dxa"/>
              <w:bottom w:w="80" w:type="dxa"/>
              <w:right w:w="90" w:type="dxa"/>
            </w:tcMar>
            <w:vAlign w:val="center"/>
          </w:tcPr>
          <w:p w:rsidR="00DF3854" w:rsidRDefault="00DF3854">
            <w:pPr>
              <w:spacing w:after="0"/>
              <w:jc w:val="center"/>
            </w:pPr>
          </w:p>
        </w:tc>
        <w:tc>
          <w:tcPr>
            <w:tcW w:w="2114" w:type="dxa"/>
            <w:tcBorders>
              <w:top w:val="single" w:sz="8" w:space="0" w:color="D9D9D9"/>
              <w:left w:val="single" w:sz="8" w:space="0" w:color="D9D9D9"/>
              <w:bottom w:val="single" w:sz="8" w:space="0" w:color="D9D9D9"/>
              <w:right w:val="single" w:sz="8" w:space="0" w:color="D9D9D9"/>
            </w:tcBorders>
            <w:shd w:val="clear" w:color="auto" w:fill="FFFFFF"/>
            <w:tcMar>
              <w:top w:w="80" w:type="dxa"/>
              <w:left w:w="90" w:type="dxa"/>
              <w:bottom w:w="80" w:type="dxa"/>
              <w:right w:w="90" w:type="dxa"/>
            </w:tcMar>
            <w:vAlign w:val="center"/>
          </w:tcPr>
          <w:p w:rsidR="00DF3854" w:rsidRDefault="00DF3854">
            <w:pPr>
              <w:spacing w:after="0"/>
              <w:jc w:val="center"/>
            </w:pPr>
          </w:p>
        </w:tc>
        <w:tc>
          <w:tcPr>
            <w:tcW w:w="2114" w:type="dxa"/>
            <w:tcBorders>
              <w:top w:val="single" w:sz="8" w:space="0" w:color="D9D9D9"/>
              <w:left w:val="single" w:sz="8" w:space="0" w:color="D9D9D9"/>
              <w:bottom w:val="single" w:sz="8" w:space="0" w:color="D9D9D9"/>
              <w:right w:val="single" w:sz="8" w:space="0" w:color="D9D9D9"/>
            </w:tcBorders>
            <w:shd w:val="clear" w:color="auto" w:fill="FFFFFF"/>
            <w:tcMar>
              <w:top w:w="80" w:type="dxa"/>
              <w:left w:w="90" w:type="dxa"/>
              <w:bottom w:w="80" w:type="dxa"/>
              <w:right w:w="90" w:type="dxa"/>
            </w:tcMar>
            <w:vAlign w:val="center"/>
          </w:tcPr>
          <w:p w:rsidR="00DF3854" w:rsidRDefault="00DF3854">
            <w:pPr>
              <w:spacing w:after="0"/>
              <w:jc w:val="center"/>
            </w:pPr>
          </w:p>
        </w:tc>
      </w:tr>
      <w:tr w:rsidR="00DF3854">
        <w:trPr>
          <w:jc w:val="center"/>
        </w:trPr>
        <w:tc>
          <w:tcPr>
            <w:tcW w:w="2114" w:type="dxa"/>
            <w:tcBorders>
              <w:top w:val="single" w:sz="8" w:space="0" w:color="D9D9D9"/>
              <w:left w:val="single" w:sz="8" w:space="0" w:color="D9D9D9"/>
              <w:bottom w:val="single" w:sz="8" w:space="0" w:color="D9D9D9"/>
              <w:right w:val="single" w:sz="8" w:space="0" w:color="D9D9D9"/>
            </w:tcBorders>
            <w:shd w:val="clear" w:color="auto" w:fill="F4F7FA"/>
            <w:tcMar>
              <w:top w:w="80" w:type="dxa"/>
              <w:left w:w="90" w:type="dxa"/>
              <w:bottom w:w="80" w:type="dxa"/>
              <w:right w:w="90" w:type="dxa"/>
            </w:tcMar>
            <w:vAlign w:val="center"/>
          </w:tcPr>
          <w:p w:rsidR="00DF3854" w:rsidRDefault="00000000">
            <w:pPr>
              <w:spacing w:after="0"/>
            </w:pPr>
            <w:r>
              <w:rPr>
                <w:color w:val="000000"/>
                <w:sz w:val="17"/>
              </w:rPr>
              <w:t>☐  Gymnasium</w:t>
            </w:r>
          </w:p>
        </w:tc>
        <w:tc>
          <w:tcPr>
            <w:tcW w:w="2114" w:type="dxa"/>
            <w:tcBorders>
              <w:top w:val="single" w:sz="8" w:space="0" w:color="D9D9D9"/>
              <w:left w:val="single" w:sz="8" w:space="0" w:color="D9D9D9"/>
              <w:bottom w:val="single" w:sz="8" w:space="0" w:color="D9D9D9"/>
              <w:right w:val="single" w:sz="8" w:space="0" w:color="D9D9D9"/>
            </w:tcBorders>
            <w:shd w:val="clear" w:color="auto" w:fill="F4F7FA"/>
            <w:tcMar>
              <w:top w:w="80" w:type="dxa"/>
              <w:left w:w="90" w:type="dxa"/>
              <w:bottom w:w="80" w:type="dxa"/>
              <w:right w:w="90" w:type="dxa"/>
            </w:tcMar>
            <w:vAlign w:val="center"/>
          </w:tcPr>
          <w:p w:rsidR="00DF3854" w:rsidRDefault="00DF3854">
            <w:pPr>
              <w:spacing w:after="0"/>
              <w:jc w:val="center"/>
            </w:pPr>
          </w:p>
        </w:tc>
        <w:tc>
          <w:tcPr>
            <w:tcW w:w="2114" w:type="dxa"/>
            <w:tcBorders>
              <w:top w:val="single" w:sz="8" w:space="0" w:color="D9D9D9"/>
              <w:left w:val="single" w:sz="8" w:space="0" w:color="D9D9D9"/>
              <w:bottom w:val="single" w:sz="8" w:space="0" w:color="D9D9D9"/>
              <w:right w:val="single" w:sz="8" w:space="0" w:color="D9D9D9"/>
            </w:tcBorders>
            <w:shd w:val="clear" w:color="auto" w:fill="F4F7FA"/>
            <w:tcMar>
              <w:top w:w="80" w:type="dxa"/>
              <w:left w:w="90" w:type="dxa"/>
              <w:bottom w:w="80" w:type="dxa"/>
              <w:right w:w="90" w:type="dxa"/>
            </w:tcMar>
            <w:vAlign w:val="center"/>
          </w:tcPr>
          <w:p w:rsidR="00DF3854" w:rsidRDefault="00DF3854">
            <w:pPr>
              <w:spacing w:after="0"/>
              <w:jc w:val="center"/>
            </w:pPr>
          </w:p>
        </w:tc>
        <w:tc>
          <w:tcPr>
            <w:tcW w:w="2114" w:type="dxa"/>
            <w:tcBorders>
              <w:top w:val="single" w:sz="8" w:space="0" w:color="D9D9D9"/>
              <w:left w:val="single" w:sz="8" w:space="0" w:color="D9D9D9"/>
              <w:bottom w:val="single" w:sz="8" w:space="0" w:color="D9D9D9"/>
              <w:right w:val="single" w:sz="8" w:space="0" w:color="D9D9D9"/>
            </w:tcBorders>
            <w:shd w:val="clear" w:color="auto" w:fill="F4F7FA"/>
            <w:tcMar>
              <w:top w:w="80" w:type="dxa"/>
              <w:left w:w="90" w:type="dxa"/>
              <w:bottom w:w="80" w:type="dxa"/>
              <w:right w:w="90" w:type="dxa"/>
            </w:tcMar>
            <w:vAlign w:val="center"/>
          </w:tcPr>
          <w:p w:rsidR="00DF3854" w:rsidRDefault="00DF3854">
            <w:pPr>
              <w:spacing w:after="0"/>
              <w:jc w:val="center"/>
            </w:pPr>
          </w:p>
        </w:tc>
        <w:tc>
          <w:tcPr>
            <w:tcW w:w="2114" w:type="dxa"/>
            <w:tcBorders>
              <w:top w:val="single" w:sz="8" w:space="0" w:color="D9D9D9"/>
              <w:left w:val="single" w:sz="8" w:space="0" w:color="D9D9D9"/>
              <w:bottom w:val="single" w:sz="8" w:space="0" w:color="D9D9D9"/>
              <w:right w:val="single" w:sz="8" w:space="0" w:color="D9D9D9"/>
            </w:tcBorders>
            <w:shd w:val="clear" w:color="auto" w:fill="F4F7FA"/>
            <w:tcMar>
              <w:top w:w="80" w:type="dxa"/>
              <w:left w:w="90" w:type="dxa"/>
              <w:bottom w:w="80" w:type="dxa"/>
              <w:right w:w="90" w:type="dxa"/>
            </w:tcMar>
            <w:vAlign w:val="center"/>
          </w:tcPr>
          <w:p w:rsidR="00DF3854" w:rsidRDefault="00DF3854">
            <w:pPr>
              <w:spacing w:after="0"/>
              <w:jc w:val="center"/>
            </w:pPr>
          </w:p>
        </w:tc>
      </w:tr>
      <w:tr w:rsidR="00DF3854">
        <w:trPr>
          <w:jc w:val="center"/>
        </w:trPr>
        <w:tc>
          <w:tcPr>
            <w:tcW w:w="2114" w:type="dxa"/>
            <w:tcBorders>
              <w:top w:val="single" w:sz="8" w:space="0" w:color="D9D9D9"/>
              <w:left w:val="single" w:sz="8" w:space="0" w:color="D9D9D9"/>
              <w:bottom w:val="single" w:sz="8" w:space="0" w:color="D9D9D9"/>
              <w:right w:val="single" w:sz="8" w:space="0" w:color="D9D9D9"/>
            </w:tcBorders>
            <w:shd w:val="clear" w:color="auto" w:fill="FFFFFF"/>
            <w:tcMar>
              <w:top w:w="80" w:type="dxa"/>
              <w:left w:w="90" w:type="dxa"/>
              <w:bottom w:w="80" w:type="dxa"/>
              <w:right w:w="90" w:type="dxa"/>
            </w:tcMar>
            <w:vAlign w:val="center"/>
          </w:tcPr>
          <w:p w:rsidR="00DF3854" w:rsidRDefault="00000000">
            <w:pPr>
              <w:spacing w:after="0"/>
            </w:pPr>
            <w:r>
              <w:rPr>
                <w:color w:val="000000"/>
                <w:sz w:val="17"/>
              </w:rPr>
              <w:t>☐  Auditorium with stage</w:t>
            </w:r>
          </w:p>
        </w:tc>
        <w:tc>
          <w:tcPr>
            <w:tcW w:w="2114" w:type="dxa"/>
            <w:tcBorders>
              <w:top w:val="single" w:sz="8" w:space="0" w:color="D9D9D9"/>
              <w:left w:val="single" w:sz="8" w:space="0" w:color="D9D9D9"/>
              <w:bottom w:val="single" w:sz="8" w:space="0" w:color="D9D9D9"/>
              <w:right w:val="single" w:sz="8" w:space="0" w:color="D9D9D9"/>
            </w:tcBorders>
            <w:shd w:val="clear" w:color="auto" w:fill="FFFFFF"/>
            <w:tcMar>
              <w:top w:w="80" w:type="dxa"/>
              <w:left w:w="90" w:type="dxa"/>
              <w:bottom w:w="80" w:type="dxa"/>
              <w:right w:w="90" w:type="dxa"/>
            </w:tcMar>
            <w:vAlign w:val="center"/>
          </w:tcPr>
          <w:p w:rsidR="00DF3854" w:rsidRDefault="00DF3854">
            <w:pPr>
              <w:spacing w:after="0"/>
              <w:jc w:val="center"/>
            </w:pPr>
          </w:p>
        </w:tc>
        <w:tc>
          <w:tcPr>
            <w:tcW w:w="2114" w:type="dxa"/>
            <w:tcBorders>
              <w:top w:val="single" w:sz="8" w:space="0" w:color="D9D9D9"/>
              <w:left w:val="single" w:sz="8" w:space="0" w:color="D9D9D9"/>
              <w:bottom w:val="single" w:sz="8" w:space="0" w:color="D9D9D9"/>
              <w:right w:val="single" w:sz="8" w:space="0" w:color="D9D9D9"/>
            </w:tcBorders>
            <w:shd w:val="clear" w:color="auto" w:fill="FFFFFF"/>
            <w:tcMar>
              <w:top w:w="80" w:type="dxa"/>
              <w:left w:w="90" w:type="dxa"/>
              <w:bottom w:w="80" w:type="dxa"/>
              <w:right w:w="90" w:type="dxa"/>
            </w:tcMar>
            <w:vAlign w:val="center"/>
          </w:tcPr>
          <w:p w:rsidR="00DF3854" w:rsidRDefault="00DF3854">
            <w:pPr>
              <w:spacing w:after="0"/>
              <w:jc w:val="center"/>
            </w:pPr>
          </w:p>
        </w:tc>
        <w:tc>
          <w:tcPr>
            <w:tcW w:w="2114" w:type="dxa"/>
            <w:tcBorders>
              <w:top w:val="single" w:sz="8" w:space="0" w:color="D9D9D9"/>
              <w:left w:val="single" w:sz="8" w:space="0" w:color="D9D9D9"/>
              <w:bottom w:val="single" w:sz="8" w:space="0" w:color="D9D9D9"/>
              <w:right w:val="single" w:sz="8" w:space="0" w:color="D9D9D9"/>
            </w:tcBorders>
            <w:shd w:val="clear" w:color="auto" w:fill="FFFFFF"/>
            <w:tcMar>
              <w:top w:w="80" w:type="dxa"/>
              <w:left w:w="90" w:type="dxa"/>
              <w:bottom w:w="80" w:type="dxa"/>
              <w:right w:w="90" w:type="dxa"/>
            </w:tcMar>
            <w:vAlign w:val="center"/>
          </w:tcPr>
          <w:p w:rsidR="00DF3854" w:rsidRDefault="00DF3854">
            <w:pPr>
              <w:spacing w:after="0"/>
              <w:jc w:val="center"/>
            </w:pPr>
          </w:p>
        </w:tc>
        <w:tc>
          <w:tcPr>
            <w:tcW w:w="2114" w:type="dxa"/>
            <w:tcBorders>
              <w:top w:val="single" w:sz="8" w:space="0" w:color="D9D9D9"/>
              <w:left w:val="single" w:sz="8" w:space="0" w:color="D9D9D9"/>
              <w:bottom w:val="single" w:sz="8" w:space="0" w:color="D9D9D9"/>
              <w:right w:val="single" w:sz="8" w:space="0" w:color="D9D9D9"/>
            </w:tcBorders>
            <w:shd w:val="clear" w:color="auto" w:fill="FFFFFF"/>
            <w:tcMar>
              <w:top w:w="80" w:type="dxa"/>
              <w:left w:w="90" w:type="dxa"/>
              <w:bottom w:w="80" w:type="dxa"/>
              <w:right w:w="90" w:type="dxa"/>
            </w:tcMar>
            <w:vAlign w:val="center"/>
          </w:tcPr>
          <w:p w:rsidR="00DF3854" w:rsidRDefault="00DF3854">
            <w:pPr>
              <w:spacing w:after="0"/>
              <w:jc w:val="center"/>
            </w:pPr>
          </w:p>
        </w:tc>
      </w:tr>
      <w:tr w:rsidR="00DF3854">
        <w:trPr>
          <w:jc w:val="center"/>
        </w:trPr>
        <w:tc>
          <w:tcPr>
            <w:tcW w:w="2114" w:type="dxa"/>
            <w:tcBorders>
              <w:top w:val="single" w:sz="8" w:space="0" w:color="D9D9D9"/>
              <w:left w:val="single" w:sz="8" w:space="0" w:color="D9D9D9"/>
              <w:bottom w:val="single" w:sz="8" w:space="0" w:color="D9D9D9"/>
              <w:right w:val="single" w:sz="8" w:space="0" w:color="D9D9D9"/>
            </w:tcBorders>
            <w:shd w:val="clear" w:color="auto" w:fill="F4F7FA"/>
            <w:tcMar>
              <w:top w:w="80" w:type="dxa"/>
              <w:left w:w="90" w:type="dxa"/>
              <w:bottom w:w="80" w:type="dxa"/>
              <w:right w:w="90" w:type="dxa"/>
            </w:tcMar>
            <w:vAlign w:val="center"/>
          </w:tcPr>
          <w:p w:rsidR="00DF3854" w:rsidRDefault="00000000">
            <w:pPr>
              <w:spacing w:after="0"/>
            </w:pPr>
            <w:r>
              <w:rPr>
                <w:color w:val="000000"/>
                <w:sz w:val="17"/>
              </w:rPr>
              <w:t>☐  Cafeteria</w:t>
            </w:r>
          </w:p>
        </w:tc>
        <w:tc>
          <w:tcPr>
            <w:tcW w:w="2114" w:type="dxa"/>
            <w:tcBorders>
              <w:top w:val="single" w:sz="8" w:space="0" w:color="D9D9D9"/>
              <w:left w:val="single" w:sz="8" w:space="0" w:color="D9D9D9"/>
              <w:bottom w:val="single" w:sz="8" w:space="0" w:color="D9D9D9"/>
              <w:right w:val="single" w:sz="8" w:space="0" w:color="D9D9D9"/>
            </w:tcBorders>
            <w:shd w:val="clear" w:color="auto" w:fill="F4F7FA"/>
            <w:tcMar>
              <w:top w:w="80" w:type="dxa"/>
              <w:left w:w="90" w:type="dxa"/>
              <w:bottom w:w="80" w:type="dxa"/>
              <w:right w:w="90" w:type="dxa"/>
            </w:tcMar>
            <w:vAlign w:val="center"/>
          </w:tcPr>
          <w:p w:rsidR="00DF3854" w:rsidRDefault="00DF3854">
            <w:pPr>
              <w:spacing w:after="0"/>
              <w:jc w:val="center"/>
            </w:pPr>
          </w:p>
        </w:tc>
        <w:tc>
          <w:tcPr>
            <w:tcW w:w="2114" w:type="dxa"/>
            <w:tcBorders>
              <w:top w:val="single" w:sz="8" w:space="0" w:color="D9D9D9"/>
              <w:left w:val="single" w:sz="8" w:space="0" w:color="D9D9D9"/>
              <w:bottom w:val="single" w:sz="8" w:space="0" w:color="D9D9D9"/>
              <w:right w:val="single" w:sz="8" w:space="0" w:color="D9D9D9"/>
            </w:tcBorders>
            <w:shd w:val="clear" w:color="auto" w:fill="F4F7FA"/>
            <w:tcMar>
              <w:top w:w="80" w:type="dxa"/>
              <w:left w:w="90" w:type="dxa"/>
              <w:bottom w:w="80" w:type="dxa"/>
              <w:right w:w="90" w:type="dxa"/>
            </w:tcMar>
            <w:vAlign w:val="center"/>
          </w:tcPr>
          <w:p w:rsidR="00DF3854" w:rsidRDefault="00DF3854">
            <w:pPr>
              <w:spacing w:after="0"/>
              <w:jc w:val="center"/>
            </w:pPr>
          </w:p>
        </w:tc>
        <w:tc>
          <w:tcPr>
            <w:tcW w:w="2114" w:type="dxa"/>
            <w:tcBorders>
              <w:top w:val="single" w:sz="8" w:space="0" w:color="D9D9D9"/>
              <w:left w:val="single" w:sz="8" w:space="0" w:color="D9D9D9"/>
              <w:bottom w:val="single" w:sz="8" w:space="0" w:color="D9D9D9"/>
              <w:right w:val="single" w:sz="8" w:space="0" w:color="D9D9D9"/>
            </w:tcBorders>
            <w:shd w:val="clear" w:color="auto" w:fill="F4F7FA"/>
            <w:tcMar>
              <w:top w:w="80" w:type="dxa"/>
              <w:left w:w="90" w:type="dxa"/>
              <w:bottom w:w="80" w:type="dxa"/>
              <w:right w:w="90" w:type="dxa"/>
            </w:tcMar>
            <w:vAlign w:val="center"/>
          </w:tcPr>
          <w:p w:rsidR="00DF3854" w:rsidRDefault="00DF3854">
            <w:pPr>
              <w:spacing w:after="0"/>
              <w:jc w:val="center"/>
            </w:pPr>
          </w:p>
        </w:tc>
        <w:tc>
          <w:tcPr>
            <w:tcW w:w="2114" w:type="dxa"/>
            <w:tcBorders>
              <w:top w:val="single" w:sz="8" w:space="0" w:color="D9D9D9"/>
              <w:left w:val="single" w:sz="8" w:space="0" w:color="D9D9D9"/>
              <w:bottom w:val="single" w:sz="8" w:space="0" w:color="D9D9D9"/>
              <w:right w:val="single" w:sz="8" w:space="0" w:color="D9D9D9"/>
            </w:tcBorders>
            <w:shd w:val="clear" w:color="auto" w:fill="F4F7FA"/>
            <w:tcMar>
              <w:top w:w="80" w:type="dxa"/>
              <w:left w:w="90" w:type="dxa"/>
              <w:bottom w:w="80" w:type="dxa"/>
              <w:right w:w="90" w:type="dxa"/>
            </w:tcMar>
            <w:vAlign w:val="center"/>
          </w:tcPr>
          <w:p w:rsidR="00DF3854" w:rsidRDefault="00DF3854">
            <w:pPr>
              <w:spacing w:after="0"/>
              <w:jc w:val="center"/>
            </w:pPr>
          </w:p>
        </w:tc>
      </w:tr>
      <w:tr w:rsidR="00DF3854">
        <w:trPr>
          <w:jc w:val="center"/>
        </w:trPr>
        <w:tc>
          <w:tcPr>
            <w:tcW w:w="2114" w:type="dxa"/>
            <w:tcBorders>
              <w:top w:val="single" w:sz="8" w:space="0" w:color="D9D9D9"/>
              <w:left w:val="single" w:sz="8" w:space="0" w:color="D9D9D9"/>
              <w:bottom w:val="single" w:sz="8" w:space="0" w:color="D9D9D9"/>
              <w:right w:val="single" w:sz="8" w:space="0" w:color="D9D9D9"/>
            </w:tcBorders>
            <w:shd w:val="clear" w:color="auto" w:fill="FFFFFF"/>
            <w:tcMar>
              <w:top w:w="80" w:type="dxa"/>
              <w:left w:w="90" w:type="dxa"/>
              <w:bottom w:w="80" w:type="dxa"/>
              <w:right w:w="90" w:type="dxa"/>
            </w:tcMar>
            <w:vAlign w:val="center"/>
          </w:tcPr>
          <w:p w:rsidR="00DF3854" w:rsidRDefault="00000000">
            <w:pPr>
              <w:spacing w:after="0"/>
            </w:pPr>
            <w:r>
              <w:rPr>
                <w:color w:val="000000"/>
                <w:sz w:val="17"/>
              </w:rPr>
              <w:t>☐  Media center</w:t>
            </w:r>
          </w:p>
        </w:tc>
        <w:tc>
          <w:tcPr>
            <w:tcW w:w="2114" w:type="dxa"/>
            <w:tcBorders>
              <w:top w:val="single" w:sz="8" w:space="0" w:color="D9D9D9"/>
              <w:left w:val="single" w:sz="8" w:space="0" w:color="D9D9D9"/>
              <w:bottom w:val="single" w:sz="8" w:space="0" w:color="D9D9D9"/>
              <w:right w:val="single" w:sz="8" w:space="0" w:color="D9D9D9"/>
            </w:tcBorders>
            <w:shd w:val="clear" w:color="auto" w:fill="FFFFFF"/>
            <w:tcMar>
              <w:top w:w="80" w:type="dxa"/>
              <w:left w:w="90" w:type="dxa"/>
              <w:bottom w:w="80" w:type="dxa"/>
              <w:right w:w="90" w:type="dxa"/>
            </w:tcMar>
            <w:vAlign w:val="center"/>
          </w:tcPr>
          <w:p w:rsidR="00DF3854" w:rsidRDefault="00DF3854">
            <w:pPr>
              <w:spacing w:after="0"/>
              <w:jc w:val="center"/>
            </w:pPr>
          </w:p>
        </w:tc>
        <w:tc>
          <w:tcPr>
            <w:tcW w:w="2114" w:type="dxa"/>
            <w:tcBorders>
              <w:top w:val="single" w:sz="8" w:space="0" w:color="D9D9D9"/>
              <w:left w:val="single" w:sz="8" w:space="0" w:color="D9D9D9"/>
              <w:bottom w:val="single" w:sz="8" w:space="0" w:color="D9D9D9"/>
              <w:right w:val="single" w:sz="8" w:space="0" w:color="D9D9D9"/>
            </w:tcBorders>
            <w:shd w:val="clear" w:color="auto" w:fill="FFFFFF"/>
            <w:tcMar>
              <w:top w:w="80" w:type="dxa"/>
              <w:left w:w="90" w:type="dxa"/>
              <w:bottom w:w="80" w:type="dxa"/>
              <w:right w:w="90" w:type="dxa"/>
            </w:tcMar>
            <w:vAlign w:val="center"/>
          </w:tcPr>
          <w:p w:rsidR="00DF3854" w:rsidRDefault="00DF3854">
            <w:pPr>
              <w:spacing w:after="0"/>
              <w:jc w:val="center"/>
            </w:pPr>
          </w:p>
        </w:tc>
        <w:tc>
          <w:tcPr>
            <w:tcW w:w="2114" w:type="dxa"/>
            <w:tcBorders>
              <w:top w:val="single" w:sz="8" w:space="0" w:color="D9D9D9"/>
              <w:left w:val="single" w:sz="8" w:space="0" w:color="D9D9D9"/>
              <w:bottom w:val="single" w:sz="8" w:space="0" w:color="D9D9D9"/>
              <w:right w:val="single" w:sz="8" w:space="0" w:color="D9D9D9"/>
            </w:tcBorders>
            <w:shd w:val="clear" w:color="auto" w:fill="FFFFFF"/>
            <w:tcMar>
              <w:top w:w="80" w:type="dxa"/>
              <w:left w:w="90" w:type="dxa"/>
              <w:bottom w:w="80" w:type="dxa"/>
              <w:right w:w="90" w:type="dxa"/>
            </w:tcMar>
            <w:vAlign w:val="center"/>
          </w:tcPr>
          <w:p w:rsidR="00DF3854" w:rsidRDefault="00DF3854">
            <w:pPr>
              <w:spacing w:after="0"/>
              <w:jc w:val="center"/>
            </w:pPr>
          </w:p>
        </w:tc>
        <w:tc>
          <w:tcPr>
            <w:tcW w:w="2114" w:type="dxa"/>
            <w:tcBorders>
              <w:top w:val="single" w:sz="8" w:space="0" w:color="D9D9D9"/>
              <w:left w:val="single" w:sz="8" w:space="0" w:color="D9D9D9"/>
              <w:bottom w:val="single" w:sz="8" w:space="0" w:color="D9D9D9"/>
              <w:right w:val="single" w:sz="8" w:space="0" w:color="D9D9D9"/>
            </w:tcBorders>
            <w:shd w:val="clear" w:color="auto" w:fill="FFFFFF"/>
            <w:tcMar>
              <w:top w:w="80" w:type="dxa"/>
              <w:left w:w="90" w:type="dxa"/>
              <w:bottom w:w="80" w:type="dxa"/>
              <w:right w:w="90" w:type="dxa"/>
            </w:tcMar>
            <w:vAlign w:val="center"/>
          </w:tcPr>
          <w:p w:rsidR="00DF3854" w:rsidRDefault="00DF3854">
            <w:pPr>
              <w:spacing w:after="0"/>
              <w:jc w:val="center"/>
            </w:pPr>
          </w:p>
        </w:tc>
      </w:tr>
      <w:tr w:rsidR="00DF3854">
        <w:trPr>
          <w:jc w:val="center"/>
        </w:trPr>
        <w:tc>
          <w:tcPr>
            <w:tcW w:w="2114" w:type="dxa"/>
            <w:tcBorders>
              <w:top w:val="single" w:sz="8" w:space="0" w:color="D9D9D9"/>
              <w:left w:val="single" w:sz="8" w:space="0" w:color="D9D9D9"/>
              <w:bottom w:val="single" w:sz="8" w:space="0" w:color="D9D9D9"/>
              <w:right w:val="single" w:sz="8" w:space="0" w:color="D9D9D9"/>
            </w:tcBorders>
            <w:shd w:val="clear" w:color="auto" w:fill="F4F7FA"/>
            <w:tcMar>
              <w:top w:w="80" w:type="dxa"/>
              <w:left w:w="90" w:type="dxa"/>
              <w:bottom w:w="80" w:type="dxa"/>
              <w:right w:w="90" w:type="dxa"/>
            </w:tcMar>
            <w:vAlign w:val="center"/>
          </w:tcPr>
          <w:p w:rsidR="00DF3854" w:rsidRDefault="00000000">
            <w:pPr>
              <w:spacing w:after="0"/>
            </w:pPr>
            <w:r>
              <w:rPr>
                <w:color w:val="000000"/>
                <w:sz w:val="17"/>
              </w:rPr>
              <w:t>☐  Lobby and corridors</w:t>
            </w:r>
          </w:p>
        </w:tc>
        <w:tc>
          <w:tcPr>
            <w:tcW w:w="2114" w:type="dxa"/>
            <w:tcBorders>
              <w:top w:val="single" w:sz="8" w:space="0" w:color="D9D9D9"/>
              <w:left w:val="single" w:sz="8" w:space="0" w:color="D9D9D9"/>
              <w:bottom w:val="single" w:sz="8" w:space="0" w:color="D9D9D9"/>
              <w:right w:val="single" w:sz="8" w:space="0" w:color="D9D9D9"/>
            </w:tcBorders>
            <w:shd w:val="clear" w:color="auto" w:fill="F4F7FA"/>
            <w:tcMar>
              <w:top w:w="80" w:type="dxa"/>
              <w:left w:w="90" w:type="dxa"/>
              <w:bottom w:w="80" w:type="dxa"/>
              <w:right w:w="90" w:type="dxa"/>
            </w:tcMar>
            <w:vAlign w:val="center"/>
          </w:tcPr>
          <w:p w:rsidR="00DF3854" w:rsidRDefault="00DF3854">
            <w:pPr>
              <w:spacing w:after="0"/>
              <w:jc w:val="center"/>
            </w:pPr>
          </w:p>
        </w:tc>
        <w:tc>
          <w:tcPr>
            <w:tcW w:w="2114" w:type="dxa"/>
            <w:tcBorders>
              <w:top w:val="single" w:sz="8" w:space="0" w:color="D9D9D9"/>
              <w:left w:val="single" w:sz="8" w:space="0" w:color="D9D9D9"/>
              <w:bottom w:val="single" w:sz="8" w:space="0" w:color="D9D9D9"/>
              <w:right w:val="single" w:sz="8" w:space="0" w:color="D9D9D9"/>
            </w:tcBorders>
            <w:shd w:val="clear" w:color="auto" w:fill="F4F7FA"/>
            <w:tcMar>
              <w:top w:w="80" w:type="dxa"/>
              <w:left w:w="90" w:type="dxa"/>
              <w:bottom w:w="80" w:type="dxa"/>
              <w:right w:w="90" w:type="dxa"/>
            </w:tcMar>
            <w:vAlign w:val="center"/>
          </w:tcPr>
          <w:p w:rsidR="00DF3854" w:rsidRDefault="00DF3854">
            <w:pPr>
              <w:spacing w:after="0"/>
              <w:jc w:val="center"/>
            </w:pPr>
          </w:p>
        </w:tc>
        <w:tc>
          <w:tcPr>
            <w:tcW w:w="2114" w:type="dxa"/>
            <w:tcBorders>
              <w:top w:val="single" w:sz="8" w:space="0" w:color="D9D9D9"/>
              <w:left w:val="single" w:sz="8" w:space="0" w:color="D9D9D9"/>
              <w:bottom w:val="single" w:sz="8" w:space="0" w:color="D9D9D9"/>
              <w:right w:val="single" w:sz="8" w:space="0" w:color="D9D9D9"/>
            </w:tcBorders>
            <w:shd w:val="clear" w:color="auto" w:fill="F4F7FA"/>
            <w:tcMar>
              <w:top w:w="80" w:type="dxa"/>
              <w:left w:w="90" w:type="dxa"/>
              <w:bottom w:w="80" w:type="dxa"/>
              <w:right w:w="90" w:type="dxa"/>
            </w:tcMar>
            <w:vAlign w:val="center"/>
          </w:tcPr>
          <w:p w:rsidR="00DF3854" w:rsidRDefault="00DF3854">
            <w:pPr>
              <w:spacing w:after="0"/>
              <w:jc w:val="center"/>
            </w:pPr>
          </w:p>
        </w:tc>
        <w:tc>
          <w:tcPr>
            <w:tcW w:w="2114" w:type="dxa"/>
            <w:tcBorders>
              <w:top w:val="single" w:sz="8" w:space="0" w:color="D9D9D9"/>
              <w:left w:val="single" w:sz="8" w:space="0" w:color="D9D9D9"/>
              <w:bottom w:val="single" w:sz="8" w:space="0" w:color="D9D9D9"/>
              <w:right w:val="single" w:sz="8" w:space="0" w:color="D9D9D9"/>
            </w:tcBorders>
            <w:shd w:val="clear" w:color="auto" w:fill="F4F7FA"/>
            <w:tcMar>
              <w:top w:w="80" w:type="dxa"/>
              <w:left w:w="90" w:type="dxa"/>
              <w:bottom w:w="80" w:type="dxa"/>
              <w:right w:w="90" w:type="dxa"/>
            </w:tcMar>
            <w:vAlign w:val="center"/>
          </w:tcPr>
          <w:p w:rsidR="00DF3854" w:rsidRDefault="00DF3854">
            <w:pPr>
              <w:spacing w:after="0"/>
              <w:jc w:val="center"/>
            </w:pPr>
          </w:p>
        </w:tc>
      </w:tr>
      <w:tr w:rsidR="00DF3854">
        <w:trPr>
          <w:jc w:val="center"/>
        </w:trPr>
        <w:tc>
          <w:tcPr>
            <w:tcW w:w="2114" w:type="dxa"/>
            <w:tcBorders>
              <w:top w:val="single" w:sz="8" w:space="0" w:color="D9D9D9"/>
              <w:left w:val="single" w:sz="8" w:space="0" w:color="D9D9D9"/>
              <w:bottom w:val="single" w:sz="8" w:space="0" w:color="D9D9D9"/>
              <w:right w:val="single" w:sz="8" w:space="0" w:color="D9D9D9"/>
            </w:tcBorders>
            <w:shd w:val="clear" w:color="auto" w:fill="FFFFFF"/>
            <w:tcMar>
              <w:top w:w="80" w:type="dxa"/>
              <w:left w:w="90" w:type="dxa"/>
              <w:bottom w:w="80" w:type="dxa"/>
              <w:right w:w="90" w:type="dxa"/>
            </w:tcMar>
            <w:vAlign w:val="center"/>
          </w:tcPr>
          <w:p w:rsidR="00DF3854" w:rsidRDefault="00000000">
            <w:pPr>
              <w:spacing w:after="0"/>
            </w:pPr>
            <w:r>
              <w:rPr>
                <w:color w:val="000000"/>
                <w:sz w:val="17"/>
              </w:rPr>
              <w:t>☐  Indoor soccer field</w:t>
            </w:r>
          </w:p>
        </w:tc>
        <w:tc>
          <w:tcPr>
            <w:tcW w:w="2114" w:type="dxa"/>
            <w:tcBorders>
              <w:top w:val="single" w:sz="8" w:space="0" w:color="D9D9D9"/>
              <w:left w:val="single" w:sz="8" w:space="0" w:color="D9D9D9"/>
              <w:bottom w:val="single" w:sz="8" w:space="0" w:color="D9D9D9"/>
              <w:right w:val="single" w:sz="8" w:space="0" w:color="D9D9D9"/>
            </w:tcBorders>
            <w:shd w:val="clear" w:color="auto" w:fill="FFFFFF"/>
            <w:tcMar>
              <w:top w:w="80" w:type="dxa"/>
              <w:left w:w="90" w:type="dxa"/>
              <w:bottom w:w="80" w:type="dxa"/>
              <w:right w:w="90" w:type="dxa"/>
            </w:tcMar>
            <w:vAlign w:val="center"/>
          </w:tcPr>
          <w:p w:rsidR="00DF3854" w:rsidRDefault="00DF3854">
            <w:pPr>
              <w:spacing w:after="0"/>
              <w:jc w:val="center"/>
            </w:pPr>
          </w:p>
        </w:tc>
        <w:tc>
          <w:tcPr>
            <w:tcW w:w="2114" w:type="dxa"/>
            <w:tcBorders>
              <w:top w:val="single" w:sz="8" w:space="0" w:color="D9D9D9"/>
              <w:left w:val="single" w:sz="8" w:space="0" w:color="D9D9D9"/>
              <w:bottom w:val="single" w:sz="8" w:space="0" w:color="D9D9D9"/>
              <w:right w:val="single" w:sz="8" w:space="0" w:color="D9D9D9"/>
            </w:tcBorders>
            <w:shd w:val="clear" w:color="auto" w:fill="FFFFFF"/>
            <w:tcMar>
              <w:top w:w="80" w:type="dxa"/>
              <w:left w:w="90" w:type="dxa"/>
              <w:bottom w:w="80" w:type="dxa"/>
              <w:right w:w="90" w:type="dxa"/>
            </w:tcMar>
            <w:vAlign w:val="center"/>
          </w:tcPr>
          <w:p w:rsidR="00DF3854" w:rsidRDefault="00DF3854">
            <w:pPr>
              <w:spacing w:after="0"/>
              <w:jc w:val="center"/>
            </w:pPr>
          </w:p>
        </w:tc>
        <w:tc>
          <w:tcPr>
            <w:tcW w:w="2114" w:type="dxa"/>
            <w:tcBorders>
              <w:top w:val="single" w:sz="8" w:space="0" w:color="D9D9D9"/>
              <w:left w:val="single" w:sz="8" w:space="0" w:color="D9D9D9"/>
              <w:bottom w:val="single" w:sz="8" w:space="0" w:color="D9D9D9"/>
              <w:right w:val="single" w:sz="8" w:space="0" w:color="D9D9D9"/>
            </w:tcBorders>
            <w:shd w:val="clear" w:color="auto" w:fill="FFFFFF"/>
            <w:tcMar>
              <w:top w:w="80" w:type="dxa"/>
              <w:left w:w="90" w:type="dxa"/>
              <w:bottom w:w="80" w:type="dxa"/>
              <w:right w:w="90" w:type="dxa"/>
            </w:tcMar>
            <w:vAlign w:val="center"/>
          </w:tcPr>
          <w:p w:rsidR="00DF3854" w:rsidRDefault="00DF3854">
            <w:pPr>
              <w:spacing w:after="0"/>
              <w:jc w:val="center"/>
            </w:pPr>
          </w:p>
        </w:tc>
        <w:tc>
          <w:tcPr>
            <w:tcW w:w="2114" w:type="dxa"/>
            <w:tcBorders>
              <w:top w:val="single" w:sz="8" w:space="0" w:color="D9D9D9"/>
              <w:left w:val="single" w:sz="8" w:space="0" w:color="D9D9D9"/>
              <w:bottom w:val="single" w:sz="8" w:space="0" w:color="D9D9D9"/>
              <w:right w:val="single" w:sz="8" w:space="0" w:color="D9D9D9"/>
            </w:tcBorders>
            <w:shd w:val="clear" w:color="auto" w:fill="FFFFFF"/>
            <w:tcMar>
              <w:top w:w="80" w:type="dxa"/>
              <w:left w:w="90" w:type="dxa"/>
              <w:bottom w:w="80" w:type="dxa"/>
              <w:right w:w="90" w:type="dxa"/>
            </w:tcMar>
            <w:vAlign w:val="center"/>
          </w:tcPr>
          <w:p w:rsidR="00DF3854" w:rsidRDefault="00DF3854">
            <w:pPr>
              <w:spacing w:after="0"/>
              <w:jc w:val="center"/>
            </w:pPr>
          </w:p>
        </w:tc>
      </w:tr>
      <w:tr w:rsidR="00DF3854">
        <w:trPr>
          <w:jc w:val="center"/>
        </w:trPr>
        <w:tc>
          <w:tcPr>
            <w:tcW w:w="2114" w:type="dxa"/>
            <w:tcBorders>
              <w:top w:val="single" w:sz="8" w:space="0" w:color="D9D9D9"/>
              <w:left w:val="single" w:sz="8" w:space="0" w:color="D9D9D9"/>
              <w:bottom w:val="single" w:sz="8" w:space="0" w:color="D9D9D9"/>
              <w:right w:val="single" w:sz="8" w:space="0" w:color="D9D9D9"/>
            </w:tcBorders>
            <w:shd w:val="clear" w:color="auto" w:fill="F4F7FA"/>
            <w:tcMar>
              <w:top w:w="80" w:type="dxa"/>
              <w:left w:w="90" w:type="dxa"/>
              <w:bottom w:w="80" w:type="dxa"/>
              <w:right w:w="90" w:type="dxa"/>
            </w:tcMar>
            <w:vAlign w:val="center"/>
          </w:tcPr>
          <w:p w:rsidR="00DF3854" w:rsidRDefault="00000000">
            <w:pPr>
              <w:spacing w:after="0"/>
            </w:pPr>
            <w:r>
              <w:rPr>
                <w:color w:val="000000"/>
                <w:sz w:val="17"/>
              </w:rPr>
              <w:t>☐  Other: ____________________</w:t>
            </w:r>
          </w:p>
        </w:tc>
        <w:tc>
          <w:tcPr>
            <w:tcW w:w="2114" w:type="dxa"/>
            <w:tcBorders>
              <w:top w:val="single" w:sz="8" w:space="0" w:color="D9D9D9"/>
              <w:left w:val="single" w:sz="8" w:space="0" w:color="D9D9D9"/>
              <w:bottom w:val="single" w:sz="8" w:space="0" w:color="D9D9D9"/>
              <w:right w:val="single" w:sz="8" w:space="0" w:color="D9D9D9"/>
            </w:tcBorders>
            <w:shd w:val="clear" w:color="auto" w:fill="F4F7FA"/>
            <w:tcMar>
              <w:top w:w="80" w:type="dxa"/>
              <w:left w:w="90" w:type="dxa"/>
              <w:bottom w:w="80" w:type="dxa"/>
              <w:right w:w="90" w:type="dxa"/>
            </w:tcMar>
            <w:vAlign w:val="center"/>
          </w:tcPr>
          <w:p w:rsidR="00DF3854" w:rsidRDefault="00DF3854">
            <w:pPr>
              <w:spacing w:after="0"/>
              <w:jc w:val="center"/>
            </w:pPr>
          </w:p>
        </w:tc>
        <w:tc>
          <w:tcPr>
            <w:tcW w:w="2114" w:type="dxa"/>
            <w:tcBorders>
              <w:top w:val="single" w:sz="8" w:space="0" w:color="D9D9D9"/>
              <w:left w:val="single" w:sz="8" w:space="0" w:color="D9D9D9"/>
              <w:bottom w:val="single" w:sz="8" w:space="0" w:color="D9D9D9"/>
              <w:right w:val="single" w:sz="8" w:space="0" w:color="D9D9D9"/>
            </w:tcBorders>
            <w:shd w:val="clear" w:color="auto" w:fill="F4F7FA"/>
            <w:tcMar>
              <w:top w:w="80" w:type="dxa"/>
              <w:left w:w="90" w:type="dxa"/>
              <w:bottom w:w="80" w:type="dxa"/>
              <w:right w:w="90" w:type="dxa"/>
            </w:tcMar>
            <w:vAlign w:val="center"/>
          </w:tcPr>
          <w:p w:rsidR="00DF3854" w:rsidRDefault="00DF3854">
            <w:pPr>
              <w:spacing w:after="0"/>
              <w:jc w:val="center"/>
            </w:pPr>
          </w:p>
        </w:tc>
        <w:tc>
          <w:tcPr>
            <w:tcW w:w="2114" w:type="dxa"/>
            <w:tcBorders>
              <w:top w:val="single" w:sz="8" w:space="0" w:color="D9D9D9"/>
              <w:left w:val="single" w:sz="8" w:space="0" w:color="D9D9D9"/>
              <w:bottom w:val="single" w:sz="8" w:space="0" w:color="D9D9D9"/>
              <w:right w:val="single" w:sz="8" w:space="0" w:color="D9D9D9"/>
            </w:tcBorders>
            <w:shd w:val="clear" w:color="auto" w:fill="F4F7FA"/>
            <w:tcMar>
              <w:top w:w="80" w:type="dxa"/>
              <w:left w:w="90" w:type="dxa"/>
              <w:bottom w:w="80" w:type="dxa"/>
              <w:right w:w="90" w:type="dxa"/>
            </w:tcMar>
            <w:vAlign w:val="center"/>
          </w:tcPr>
          <w:p w:rsidR="00DF3854" w:rsidRDefault="00DF3854">
            <w:pPr>
              <w:spacing w:after="0"/>
              <w:jc w:val="center"/>
            </w:pPr>
          </w:p>
        </w:tc>
        <w:tc>
          <w:tcPr>
            <w:tcW w:w="2114" w:type="dxa"/>
            <w:tcBorders>
              <w:top w:val="single" w:sz="8" w:space="0" w:color="D9D9D9"/>
              <w:left w:val="single" w:sz="8" w:space="0" w:color="D9D9D9"/>
              <w:bottom w:val="single" w:sz="8" w:space="0" w:color="D9D9D9"/>
              <w:right w:val="single" w:sz="8" w:space="0" w:color="D9D9D9"/>
            </w:tcBorders>
            <w:shd w:val="clear" w:color="auto" w:fill="F4F7FA"/>
            <w:tcMar>
              <w:top w:w="80" w:type="dxa"/>
              <w:left w:w="90" w:type="dxa"/>
              <w:bottom w:w="80" w:type="dxa"/>
              <w:right w:w="90" w:type="dxa"/>
            </w:tcMar>
            <w:vAlign w:val="center"/>
          </w:tcPr>
          <w:p w:rsidR="00DF3854" w:rsidRDefault="00DF3854">
            <w:pPr>
              <w:spacing w:after="0"/>
              <w:jc w:val="center"/>
            </w:pPr>
          </w:p>
        </w:tc>
      </w:tr>
    </w:tbl>
    <w:p w:rsidR="00DF3854" w:rsidRDefault="00000000">
      <w:pPr>
        <w:spacing w:before="80" w:after="40"/>
      </w:pPr>
      <w:r>
        <w:rPr>
          <w:sz w:val="17"/>
        </w:rPr>
        <w:t>Use the current SY26-27 CLF Outside Use of School Facilities Fee Schedule to calculate facility charges. Hourly energy rates are included.</w:t>
      </w:r>
    </w:p>
    <w:tbl>
      <w:tblPr>
        <w:tblW w:w="0" w:type="auto"/>
        <w:jc w:val="right"/>
        <w:tblLayout w:type="fixed"/>
        <w:tblLook w:val="04A0" w:firstRow="1" w:lastRow="0" w:firstColumn="1" w:lastColumn="0" w:noHBand="0" w:noVBand="1"/>
      </w:tblPr>
      <w:tblGrid>
        <w:gridCol w:w="3600"/>
        <w:gridCol w:w="2016"/>
      </w:tblGrid>
      <w:tr w:rsidR="00DF3854">
        <w:trPr>
          <w:jc w:val="right"/>
        </w:trPr>
        <w:tc>
          <w:tcPr>
            <w:tcW w:w="3600" w:type="dxa"/>
            <w:tcBorders>
              <w:top w:val="single" w:sz="8" w:space="0" w:color="D9D9D9"/>
              <w:left w:val="single" w:sz="8" w:space="0" w:color="D9D9D9"/>
              <w:bottom w:val="single" w:sz="8" w:space="0" w:color="D9D9D9"/>
              <w:right w:val="single" w:sz="8" w:space="0" w:color="D9D9D9"/>
            </w:tcBorders>
            <w:shd w:val="clear" w:color="auto" w:fill="F4F7FA"/>
            <w:tcMar>
              <w:top w:w="80" w:type="dxa"/>
              <w:left w:w="90" w:type="dxa"/>
              <w:bottom w:w="80" w:type="dxa"/>
              <w:right w:w="90" w:type="dxa"/>
            </w:tcMar>
            <w:vAlign w:val="center"/>
          </w:tcPr>
          <w:p w:rsidR="00DF3854" w:rsidRDefault="00000000">
            <w:pPr>
              <w:spacing w:after="0"/>
            </w:pPr>
            <w:r>
              <w:rPr>
                <w:color w:val="000000"/>
                <w:sz w:val="17"/>
              </w:rPr>
              <w:t>Facility-use subtotal</w:t>
            </w:r>
          </w:p>
        </w:tc>
        <w:tc>
          <w:tcPr>
            <w:tcW w:w="2016" w:type="dxa"/>
            <w:tcBorders>
              <w:top w:val="single" w:sz="8" w:space="0" w:color="D9D9D9"/>
              <w:left w:val="single" w:sz="8" w:space="0" w:color="D9D9D9"/>
              <w:bottom w:val="single" w:sz="8" w:space="0" w:color="D9D9D9"/>
              <w:right w:val="single" w:sz="8" w:space="0" w:color="D9D9D9"/>
            </w:tcBorders>
            <w:shd w:val="clear" w:color="auto" w:fill="FFFFFF"/>
            <w:tcMar>
              <w:top w:w="80" w:type="dxa"/>
              <w:left w:w="90" w:type="dxa"/>
              <w:bottom w:w="80" w:type="dxa"/>
              <w:right w:w="90" w:type="dxa"/>
            </w:tcMar>
            <w:vAlign w:val="center"/>
          </w:tcPr>
          <w:p w:rsidR="00DF3854" w:rsidRDefault="00000000">
            <w:pPr>
              <w:spacing w:after="0"/>
              <w:jc w:val="right"/>
            </w:pPr>
            <w:r>
              <w:rPr>
                <w:color w:val="000000"/>
                <w:sz w:val="18"/>
              </w:rPr>
              <w:t>$</w:t>
            </w:r>
          </w:p>
        </w:tc>
      </w:tr>
      <w:tr w:rsidR="00DF3854">
        <w:trPr>
          <w:jc w:val="right"/>
        </w:trPr>
        <w:tc>
          <w:tcPr>
            <w:tcW w:w="3600" w:type="dxa"/>
            <w:tcBorders>
              <w:top w:val="single" w:sz="8" w:space="0" w:color="D9D9D9"/>
              <w:left w:val="single" w:sz="8" w:space="0" w:color="D9D9D9"/>
              <w:bottom w:val="single" w:sz="8" w:space="0" w:color="D9D9D9"/>
              <w:right w:val="single" w:sz="8" w:space="0" w:color="D9D9D9"/>
            </w:tcBorders>
            <w:shd w:val="clear" w:color="auto" w:fill="F4F7FA"/>
            <w:tcMar>
              <w:top w:w="80" w:type="dxa"/>
              <w:left w:w="90" w:type="dxa"/>
              <w:bottom w:w="80" w:type="dxa"/>
              <w:right w:w="90" w:type="dxa"/>
            </w:tcMar>
            <w:vAlign w:val="center"/>
          </w:tcPr>
          <w:p w:rsidR="00DF3854" w:rsidRDefault="00000000">
            <w:pPr>
              <w:spacing w:after="0"/>
            </w:pPr>
            <w:r>
              <w:rPr>
                <w:color w:val="000000"/>
                <w:sz w:val="17"/>
              </w:rPr>
              <w:t>Supervision and custodian charges</w:t>
            </w:r>
          </w:p>
        </w:tc>
        <w:tc>
          <w:tcPr>
            <w:tcW w:w="2016" w:type="dxa"/>
            <w:tcBorders>
              <w:top w:val="single" w:sz="8" w:space="0" w:color="D9D9D9"/>
              <w:left w:val="single" w:sz="8" w:space="0" w:color="D9D9D9"/>
              <w:bottom w:val="single" w:sz="8" w:space="0" w:color="D9D9D9"/>
              <w:right w:val="single" w:sz="8" w:space="0" w:color="D9D9D9"/>
            </w:tcBorders>
            <w:shd w:val="clear" w:color="auto" w:fill="FFFFFF"/>
            <w:tcMar>
              <w:top w:w="80" w:type="dxa"/>
              <w:left w:w="90" w:type="dxa"/>
              <w:bottom w:w="80" w:type="dxa"/>
              <w:right w:w="90" w:type="dxa"/>
            </w:tcMar>
            <w:vAlign w:val="center"/>
          </w:tcPr>
          <w:p w:rsidR="00DF3854" w:rsidRDefault="00000000">
            <w:pPr>
              <w:spacing w:after="0"/>
              <w:jc w:val="right"/>
            </w:pPr>
            <w:r>
              <w:rPr>
                <w:color w:val="000000"/>
                <w:sz w:val="18"/>
              </w:rPr>
              <w:t>$</w:t>
            </w:r>
          </w:p>
        </w:tc>
      </w:tr>
      <w:tr w:rsidR="00DF3854">
        <w:trPr>
          <w:jc w:val="right"/>
        </w:trPr>
        <w:tc>
          <w:tcPr>
            <w:tcW w:w="3600" w:type="dxa"/>
            <w:tcBorders>
              <w:top w:val="single" w:sz="8" w:space="0" w:color="D9D9D9"/>
              <w:left w:val="single" w:sz="8" w:space="0" w:color="D9D9D9"/>
              <w:bottom w:val="single" w:sz="8" w:space="0" w:color="D9D9D9"/>
              <w:right w:val="single" w:sz="8" w:space="0" w:color="D9D9D9"/>
            </w:tcBorders>
            <w:shd w:val="clear" w:color="auto" w:fill="F4F7FA"/>
            <w:tcMar>
              <w:top w:w="80" w:type="dxa"/>
              <w:left w:w="90" w:type="dxa"/>
              <w:bottom w:w="80" w:type="dxa"/>
              <w:right w:w="90" w:type="dxa"/>
            </w:tcMar>
            <w:vAlign w:val="center"/>
          </w:tcPr>
          <w:p w:rsidR="00DF3854" w:rsidRDefault="00000000">
            <w:pPr>
              <w:spacing w:after="0"/>
            </w:pPr>
            <w:r>
              <w:rPr>
                <w:color w:val="000000"/>
                <w:sz w:val="17"/>
              </w:rPr>
              <w:t>Other approved charges</w:t>
            </w:r>
          </w:p>
        </w:tc>
        <w:tc>
          <w:tcPr>
            <w:tcW w:w="2016" w:type="dxa"/>
            <w:tcBorders>
              <w:top w:val="single" w:sz="8" w:space="0" w:color="D9D9D9"/>
              <w:left w:val="single" w:sz="8" w:space="0" w:color="D9D9D9"/>
              <w:bottom w:val="single" w:sz="8" w:space="0" w:color="D9D9D9"/>
              <w:right w:val="single" w:sz="8" w:space="0" w:color="D9D9D9"/>
            </w:tcBorders>
            <w:shd w:val="clear" w:color="auto" w:fill="FFFFFF"/>
            <w:tcMar>
              <w:top w:w="80" w:type="dxa"/>
              <w:left w:w="90" w:type="dxa"/>
              <w:bottom w:w="80" w:type="dxa"/>
              <w:right w:w="90" w:type="dxa"/>
            </w:tcMar>
            <w:vAlign w:val="center"/>
          </w:tcPr>
          <w:p w:rsidR="00DF3854" w:rsidRDefault="00000000">
            <w:pPr>
              <w:spacing w:after="0"/>
              <w:jc w:val="right"/>
            </w:pPr>
            <w:r>
              <w:rPr>
                <w:color w:val="000000"/>
                <w:sz w:val="18"/>
              </w:rPr>
              <w:t>$</w:t>
            </w:r>
          </w:p>
        </w:tc>
      </w:tr>
      <w:tr w:rsidR="00DF3854">
        <w:trPr>
          <w:jc w:val="right"/>
        </w:trPr>
        <w:tc>
          <w:tcPr>
            <w:tcW w:w="3600" w:type="dxa"/>
            <w:tcBorders>
              <w:top w:val="single" w:sz="8" w:space="0" w:color="D9D9D9"/>
              <w:left w:val="single" w:sz="8" w:space="0" w:color="D9D9D9"/>
              <w:bottom w:val="single" w:sz="8" w:space="0" w:color="D9D9D9"/>
              <w:right w:val="single" w:sz="8" w:space="0" w:color="D9D9D9"/>
            </w:tcBorders>
            <w:shd w:val="clear" w:color="auto" w:fill="DDEBF7"/>
            <w:tcMar>
              <w:top w:w="80" w:type="dxa"/>
              <w:left w:w="90" w:type="dxa"/>
              <w:bottom w:w="80" w:type="dxa"/>
              <w:right w:w="90" w:type="dxa"/>
            </w:tcMar>
            <w:vAlign w:val="center"/>
          </w:tcPr>
          <w:p w:rsidR="00DF3854" w:rsidRDefault="00000000">
            <w:pPr>
              <w:spacing w:after="0"/>
            </w:pPr>
            <w:r>
              <w:rPr>
                <w:b/>
                <w:color w:val="000000"/>
                <w:sz w:val="17"/>
              </w:rPr>
              <w:t>Estimated total</w:t>
            </w:r>
          </w:p>
        </w:tc>
        <w:tc>
          <w:tcPr>
            <w:tcW w:w="2016" w:type="dxa"/>
            <w:tcBorders>
              <w:top w:val="single" w:sz="8" w:space="0" w:color="D9D9D9"/>
              <w:left w:val="single" w:sz="8" w:space="0" w:color="D9D9D9"/>
              <w:bottom w:val="single" w:sz="8" w:space="0" w:color="D9D9D9"/>
              <w:right w:val="single" w:sz="8" w:space="0" w:color="D9D9D9"/>
            </w:tcBorders>
            <w:shd w:val="clear" w:color="auto" w:fill="DDEBF7"/>
            <w:tcMar>
              <w:top w:w="80" w:type="dxa"/>
              <w:left w:w="90" w:type="dxa"/>
              <w:bottom w:w="80" w:type="dxa"/>
              <w:right w:w="90" w:type="dxa"/>
            </w:tcMar>
            <w:vAlign w:val="center"/>
          </w:tcPr>
          <w:p w:rsidR="00DF3854" w:rsidRDefault="00000000">
            <w:pPr>
              <w:spacing w:after="0"/>
              <w:jc w:val="right"/>
            </w:pPr>
            <w:r>
              <w:rPr>
                <w:b/>
                <w:color w:val="000000"/>
                <w:sz w:val="18"/>
              </w:rPr>
              <w:t>$</w:t>
            </w:r>
          </w:p>
        </w:tc>
      </w:tr>
    </w:tbl>
    <w:p w:rsidR="00DF3854" w:rsidRDefault="00000000">
      <w:r>
        <w:br w:type="page"/>
      </w:r>
    </w:p>
    <w:p w:rsidR="00DF3854" w:rsidRDefault="00000000">
      <w:pPr>
        <w:pStyle w:val="Heading1"/>
      </w:pPr>
      <w:r>
        <w:lastRenderedPageBreak/>
        <w:t>Conditions of Use</w:t>
      </w:r>
    </w:p>
    <w:p w:rsidR="00DF3854" w:rsidRDefault="00000000">
      <w:pPr>
        <w:keepLines/>
        <w:spacing w:after="100"/>
      </w:pPr>
      <w:r>
        <w:rPr>
          <w:b/>
        </w:rPr>
        <w:t xml:space="preserve">Charges: </w:t>
      </w:r>
      <w:r>
        <w:t>The applicant will be charged according to the current CLF facility-use fee schedule. Supervision and custodian fees are additional: $4</w:t>
      </w:r>
      <w:r w:rsidR="0048222C">
        <w:t>4</w:t>
      </w:r>
      <w:r>
        <w:t xml:space="preserve"> per hour on weekdays and $5</w:t>
      </w:r>
      <w:r w:rsidR="0048222C">
        <w:t>5</w:t>
      </w:r>
      <w:r>
        <w:t xml:space="preserve"> per hour on weekends. The approved permit will identify the final estimated charges.</w:t>
      </w:r>
    </w:p>
    <w:p w:rsidR="00DF3854" w:rsidRDefault="00000000">
      <w:pPr>
        <w:keepLines/>
        <w:spacing w:after="100"/>
      </w:pPr>
      <w:r>
        <w:rPr>
          <w:b/>
        </w:rPr>
        <w:t xml:space="preserve">Payment: </w:t>
      </w:r>
      <w:r>
        <w:t>Fees are payable in advance. Checks must be made payable to Chesapeake Lighthouse Foundation. If actual hours or approved services differ from the estimate, CLF may issue an adjusted invoice.</w:t>
      </w:r>
    </w:p>
    <w:p w:rsidR="00DF3854" w:rsidRDefault="00000000">
      <w:pPr>
        <w:keepLines/>
        <w:spacing w:after="100"/>
      </w:pPr>
      <w:r>
        <w:rPr>
          <w:b/>
        </w:rPr>
        <w:t xml:space="preserve">Cancellation: </w:t>
      </w:r>
      <w:r>
        <w:t>If the activity is canceled, facility-use fees will be refunded. The organization must notify both the Facilities Supervisor and the school at least 72 hours in advance when it will not use the facility and must promptly report early termination of a recurring program.</w:t>
      </w:r>
    </w:p>
    <w:p w:rsidR="00DF3854" w:rsidRDefault="00000000">
      <w:pPr>
        <w:keepLines/>
        <w:spacing w:after="100"/>
      </w:pPr>
      <w:r>
        <w:rPr>
          <w:b/>
        </w:rPr>
        <w:t xml:space="preserve">Insurance: </w:t>
      </w:r>
      <w:r>
        <w:t>User groups must provide evidence of general liability insurance as follows: groups or entities granted access through a waiver or exception - $1,000,000; nonprofit and religious use - $500,000. CLF may request an updated certificate before issuing the permit.</w:t>
      </w:r>
    </w:p>
    <w:p w:rsidR="00DF3854" w:rsidRDefault="00000000">
      <w:pPr>
        <w:keepLines/>
        <w:spacing w:after="100"/>
      </w:pPr>
      <w:r>
        <w:rPr>
          <w:b/>
        </w:rPr>
        <w:t xml:space="preserve">Responsibility for use: </w:t>
      </w:r>
      <w:r>
        <w:t>The applicant is responsible for the conduct of participants and guests, compliance with school rules and approved areas and times, and any loss or damage arising from its use of the facility.</w:t>
      </w:r>
    </w:p>
    <w:p w:rsidR="00DF3854" w:rsidRDefault="00000000">
      <w:pPr>
        <w:pStyle w:val="Heading1"/>
      </w:pPr>
      <w:r>
        <w:t>Indemnity Agreement</w:t>
      </w:r>
    </w:p>
    <w:p w:rsidR="00DF3854" w:rsidRDefault="00000000">
      <w:pPr>
        <w:keepLines/>
        <w:spacing w:after="140"/>
      </w:pPr>
      <w:r>
        <w:t>Each party or person using the CLF school facility described in this application acknowledges and agrees that Chesapeake Lighthouse Foundation, the CLF Board, and their agents and employees shall not be responsible for expenses, losses, damages, claims, lawsuits, or liabilities caused by or resulting from the use authorized by this permit. Each party or person using the facility is jointly and individually responsible for expenses, defense costs, losses, damages, or claims made against Chesapeake Lighthouse Foundation, the CLF Board, or their agents and employees that are caused by or result from use of the facility under this permit.</w:t>
      </w:r>
    </w:p>
    <w:p w:rsidR="00DF3854" w:rsidRDefault="00000000">
      <w:pPr>
        <w:pStyle w:val="Heading1"/>
      </w:pPr>
      <w:r>
        <w:t>Applicant Certification</w:t>
      </w:r>
    </w:p>
    <w:p w:rsidR="00DF3854" w:rsidRDefault="00000000">
      <w:pPr>
        <w:spacing w:after="140"/>
      </w:pPr>
      <w:r>
        <w:t>I certify that the information in this application is accurate. I have read, understand, and agree to the conditions of use and indemnity agreement. I understand that this application is not an approved permit until all required approvals are signed below.</w:t>
      </w:r>
    </w:p>
    <w:tbl>
      <w:tblPr>
        <w:tblW w:w="0" w:type="auto"/>
        <w:jc w:val="center"/>
        <w:tblLayout w:type="fixed"/>
        <w:tblLook w:val="04A0" w:firstRow="1" w:lastRow="0" w:firstColumn="1" w:lastColumn="0" w:noHBand="0" w:noVBand="1"/>
      </w:tblPr>
      <w:tblGrid>
        <w:gridCol w:w="5285"/>
        <w:gridCol w:w="5285"/>
      </w:tblGrid>
      <w:tr w:rsidR="00DF3854">
        <w:trPr>
          <w:jc w:val="center"/>
        </w:trPr>
        <w:tc>
          <w:tcPr>
            <w:tcW w:w="5285" w:type="dxa"/>
            <w:tcBorders>
              <w:top w:val="single" w:sz="8" w:space="0" w:color="D9D9D9"/>
              <w:left w:val="single" w:sz="8" w:space="0" w:color="D9D9D9"/>
              <w:bottom w:val="single" w:sz="8" w:space="0" w:color="D9D9D9"/>
              <w:right w:val="single" w:sz="8" w:space="0" w:color="D9D9D9"/>
            </w:tcBorders>
            <w:shd w:val="clear" w:color="auto" w:fill="F4F7FA"/>
            <w:tcMar>
              <w:top w:w="80" w:type="dxa"/>
              <w:left w:w="90" w:type="dxa"/>
              <w:bottom w:w="80" w:type="dxa"/>
              <w:right w:w="90" w:type="dxa"/>
            </w:tcMar>
            <w:vAlign w:val="center"/>
          </w:tcPr>
          <w:p w:rsidR="00DF3854" w:rsidRDefault="00000000">
            <w:pPr>
              <w:spacing w:after="0"/>
            </w:pPr>
            <w:r>
              <w:rPr>
                <w:color w:val="000000"/>
                <w:sz w:val="17"/>
              </w:rPr>
              <w:t>Applicant signature</w:t>
            </w:r>
            <w:r>
              <w:rPr>
                <w:color w:val="000000"/>
                <w:sz w:val="17"/>
              </w:rPr>
              <w:br/>
            </w:r>
            <w:r>
              <w:rPr>
                <w:color w:val="000000"/>
                <w:sz w:val="17"/>
              </w:rPr>
              <w:br/>
              <w:t>________________________________________</w:t>
            </w:r>
          </w:p>
        </w:tc>
        <w:tc>
          <w:tcPr>
            <w:tcW w:w="5285" w:type="dxa"/>
            <w:tcBorders>
              <w:top w:val="single" w:sz="8" w:space="0" w:color="D9D9D9"/>
              <w:left w:val="single" w:sz="8" w:space="0" w:color="D9D9D9"/>
              <w:bottom w:val="single" w:sz="8" w:space="0" w:color="D9D9D9"/>
              <w:right w:val="single" w:sz="8" w:space="0" w:color="D9D9D9"/>
            </w:tcBorders>
            <w:shd w:val="clear" w:color="auto" w:fill="F4F7FA"/>
            <w:tcMar>
              <w:top w:w="80" w:type="dxa"/>
              <w:left w:w="90" w:type="dxa"/>
              <w:bottom w:w="80" w:type="dxa"/>
              <w:right w:w="90" w:type="dxa"/>
            </w:tcMar>
            <w:vAlign w:val="center"/>
          </w:tcPr>
          <w:p w:rsidR="00DF3854" w:rsidRDefault="00000000">
            <w:pPr>
              <w:spacing w:after="0"/>
            </w:pPr>
            <w:r>
              <w:rPr>
                <w:color w:val="000000"/>
                <w:sz w:val="17"/>
              </w:rPr>
              <w:t>Date</w:t>
            </w:r>
            <w:r>
              <w:rPr>
                <w:color w:val="000000"/>
                <w:sz w:val="17"/>
              </w:rPr>
              <w:br/>
            </w:r>
            <w:r>
              <w:rPr>
                <w:color w:val="000000"/>
                <w:sz w:val="17"/>
              </w:rPr>
              <w:br/>
              <w:t>________________________</w:t>
            </w:r>
          </w:p>
        </w:tc>
      </w:tr>
      <w:tr w:rsidR="00DF3854">
        <w:trPr>
          <w:jc w:val="center"/>
        </w:trPr>
        <w:tc>
          <w:tcPr>
            <w:tcW w:w="5285" w:type="dxa"/>
            <w:tcBorders>
              <w:top w:val="single" w:sz="8" w:space="0" w:color="D9D9D9"/>
              <w:left w:val="single" w:sz="8" w:space="0" w:color="D9D9D9"/>
              <w:bottom w:val="single" w:sz="8" w:space="0" w:color="D9D9D9"/>
              <w:right w:val="single" w:sz="8" w:space="0" w:color="D9D9D9"/>
            </w:tcBorders>
            <w:shd w:val="clear" w:color="auto" w:fill="FFFFFF"/>
            <w:tcMar>
              <w:top w:w="80" w:type="dxa"/>
              <w:left w:w="90" w:type="dxa"/>
              <w:bottom w:w="80" w:type="dxa"/>
              <w:right w:w="90" w:type="dxa"/>
            </w:tcMar>
            <w:vAlign w:val="center"/>
          </w:tcPr>
          <w:p w:rsidR="00DF3854" w:rsidRDefault="00000000">
            <w:pPr>
              <w:spacing w:after="0"/>
            </w:pPr>
            <w:r>
              <w:rPr>
                <w:color w:val="000000"/>
                <w:sz w:val="17"/>
              </w:rPr>
              <w:t>Printed name and title</w:t>
            </w:r>
            <w:r>
              <w:rPr>
                <w:color w:val="000000"/>
                <w:sz w:val="17"/>
              </w:rPr>
              <w:br/>
            </w:r>
            <w:r>
              <w:rPr>
                <w:color w:val="000000"/>
                <w:sz w:val="17"/>
              </w:rPr>
              <w:br/>
              <w:t>________________________________________</w:t>
            </w:r>
          </w:p>
        </w:tc>
        <w:tc>
          <w:tcPr>
            <w:tcW w:w="5285" w:type="dxa"/>
            <w:tcBorders>
              <w:top w:val="single" w:sz="8" w:space="0" w:color="D9D9D9"/>
              <w:left w:val="single" w:sz="8" w:space="0" w:color="D9D9D9"/>
              <w:bottom w:val="single" w:sz="8" w:space="0" w:color="D9D9D9"/>
              <w:right w:val="single" w:sz="8" w:space="0" w:color="D9D9D9"/>
            </w:tcBorders>
            <w:shd w:val="clear" w:color="auto" w:fill="FFFFFF"/>
            <w:tcMar>
              <w:top w:w="80" w:type="dxa"/>
              <w:left w:w="90" w:type="dxa"/>
              <w:bottom w:w="80" w:type="dxa"/>
              <w:right w:w="90" w:type="dxa"/>
            </w:tcMar>
            <w:vAlign w:val="center"/>
          </w:tcPr>
          <w:p w:rsidR="00DF3854" w:rsidRDefault="00000000">
            <w:pPr>
              <w:spacing w:after="0"/>
            </w:pPr>
            <w:r>
              <w:rPr>
                <w:color w:val="000000"/>
                <w:sz w:val="17"/>
              </w:rPr>
              <w:t>Organization</w:t>
            </w:r>
            <w:r>
              <w:rPr>
                <w:color w:val="000000"/>
                <w:sz w:val="17"/>
              </w:rPr>
              <w:br/>
            </w:r>
            <w:r>
              <w:rPr>
                <w:color w:val="000000"/>
                <w:sz w:val="17"/>
              </w:rPr>
              <w:br/>
              <w:t>________________________</w:t>
            </w:r>
          </w:p>
        </w:tc>
      </w:tr>
    </w:tbl>
    <w:p w:rsidR="00DF3854" w:rsidRDefault="00000000">
      <w:pPr>
        <w:pStyle w:val="Heading1"/>
      </w:pPr>
      <w:r>
        <w:t>Approval and Permit</w:t>
      </w:r>
    </w:p>
    <w:p w:rsidR="00DF3854" w:rsidRDefault="00000000">
      <w:pPr>
        <w:spacing w:after="100"/>
      </w:pPr>
      <w:r>
        <w:rPr>
          <w:b/>
        </w:rPr>
        <w:t>School principal</w:t>
      </w:r>
      <w:r>
        <w:t xml:space="preserve">    ☐ Approved    ☐ Approved with conditions    ☐ Denied</w:t>
      </w:r>
    </w:p>
    <w:tbl>
      <w:tblPr>
        <w:tblW w:w="0" w:type="auto"/>
        <w:jc w:val="center"/>
        <w:tblLayout w:type="fixed"/>
        <w:tblLook w:val="04A0" w:firstRow="1" w:lastRow="0" w:firstColumn="1" w:lastColumn="0" w:noHBand="0" w:noVBand="1"/>
      </w:tblPr>
      <w:tblGrid>
        <w:gridCol w:w="3096"/>
        <w:gridCol w:w="7272"/>
      </w:tblGrid>
      <w:tr w:rsidR="00DF3854">
        <w:trPr>
          <w:jc w:val="center"/>
        </w:trPr>
        <w:tc>
          <w:tcPr>
            <w:tcW w:w="3096" w:type="dxa"/>
            <w:tcBorders>
              <w:top w:val="single" w:sz="8" w:space="0" w:color="D9D9D9"/>
              <w:left w:val="single" w:sz="8" w:space="0" w:color="D9D9D9"/>
              <w:bottom w:val="single" w:sz="8" w:space="0" w:color="D9D9D9"/>
              <w:right w:val="single" w:sz="8" w:space="0" w:color="D9D9D9"/>
            </w:tcBorders>
            <w:shd w:val="clear" w:color="auto" w:fill="DDEBF7"/>
            <w:tcMar>
              <w:top w:w="80" w:type="dxa"/>
              <w:left w:w="90" w:type="dxa"/>
              <w:bottom w:w="80" w:type="dxa"/>
              <w:right w:w="90" w:type="dxa"/>
            </w:tcMar>
            <w:vAlign w:val="center"/>
          </w:tcPr>
          <w:p w:rsidR="00DF3854" w:rsidRDefault="00000000">
            <w:pPr>
              <w:spacing w:after="40"/>
            </w:pPr>
            <w:r>
              <w:rPr>
                <w:b/>
                <w:color w:val="173F6D"/>
                <w:sz w:val="18"/>
              </w:rPr>
              <w:t>Principal name</w:t>
            </w:r>
          </w:p>
        </w:tc>
        <w:tc>
          <w:tcPr>
            <w:tcW w:w="7272" w:type="dxa"/>
            <w:tcBorders>
              <w:top w:val="single" w:sz="8" w:space="0" w:color="D9D9D9"/>
              <w:left w:val="single" w:sz="8" w:space="0" w:color="D9D9D9"/>
              <w:bottom w:val="single" w:sz="8" w:space="0" w:color="D9D9D9"/>
              <w:right w:val="single" w:sz="8" w:space="0" w:color="D9D9D9"/>
            </w:tcBorders>
            <w:tcMar>
              <w:top w:w="80" w:type="dxa"/>
              <w:left w:w="90" w:type="dxa"/>
              <w:bottom w:w="80" w:type="dxa"/>
              <w:right w:w="90" w:type="dxa"/>
            </w:tcMar>
            <w:vAlign w:val="center"/>
          </w:tcPr>
          <w:p w:rsidR="00DF3854" w:rsidRDefault="00DF3854">
            <w:pPr>
              <w:spacing w:after="40"/>
            </w:pPr>
          </w:p>
        </w:tc>
      </w:tr>
      <w:tr w:rsidR="00DF3854">
        <w:trPr>
          <w:jc w:val="center"/>
        </w:trPr>
        <w:tc>
          <w:tcPr>
            <w:tcW w:w="3096" w:type="dxa"/>
            <w:tcBorders>
              <w:top w:val="single" w:sz="8" w:space="0" w:color="D9D9D9"/>
              <w:left w:val="single" w:sz="8" w:space="0" w:color="D9D9D9"/>
              <w:bottom w:val="single" w:sz="8" w:space="0" w:color="D9D9D9"/>
              <w:right w:val="single" w:sz="8" w:space="0" w:color="D9D9D9"/>
            </w:tcBorders>
            <w:shd w:val="clear" w:color="auto" w:fill="DDEBF7"/>
            <w:tcMar>
              <w:top w:w="80" w:type="dxa"/>
              <w:left w:w="90" w:type="dxa"/>
              <w:bottom w:w="80" w:type="dxa"/>
              <w:right w:w="90" w:type="dxa"/>
            </w:tcMar>
            <w:vAlign w:val="center"/>
          </w:tcPr>
          <w:p w:rsidR="00DF3854" w:rsidRDefault="00000000">
            <w:r>
              <w:rPr>
                <w:b/>
                <w:color w:val="173F6D"/>
                <w:sz w:val="18"/>
              </w:rPr>
              <w:t>Signature and date</w:t>
            </w:r>
          </w:p>
        </w:tc>
        <w:tc>
          <w:tcPr>
            <w:tcW w:w="7272" w:type="dxa"/>
            <w:tcBorders>
              <w:top w:val="single" w:sz="8" w:space="0" w:color="D9D9D9"/>
              <w:left w:val="single" w:sz="8" w:space="0" w:color="D9D9D9"/>
              <w:bottom w:val="single" w:sz="8" w:space="0" w:color="D9D9D9"/>
              <w:right w:val="single" w:sz="8" w:space="0" w:color="D9D9D9"/>
            </w:tcBorders>
            <w:tcMar>
              <w:top w:w="80" w:type="dxa"/>
              <w:left w:w="90" w:type="dxa"/>
              <w:bottom w:w="80" w:type="dxa"/>
              <w:right w:w="90" w:type="dxa"/>
            </w:tcMar>
            <w:vAlign w:val="center"/>
          </w:tcPr>
          <w:p w:rsidR="00DF3854" w:rsidRDefault="00DF3854"/>
        </w:tc>
      </w:tr>
      <w:tr w:rsidR="00DF3854">
        <w:trPr>
          <w:jc w:val="center"/>
        </w:trPr>
        <w:tc>
          <w:tcPr>
            <w:tcW w:w="3096" w:type="dxa"/>
            <w:tcBorders>
              <w:top w:val="single" w:sz="8" w:space="0" w:color="D9D9D9"/>
              <w:left w:val="single" w:sz="8" w:space="0" w:color="D9D9D9"/>
              <w:bottom w:val="single" w:sz="8" w:space="0" w:color="D9D9D9"/>
              <w:right w:val="single" w:sz="8" w:space="0" w:color="D9D9D9"/>
            </w:tcBorders>
            <w:shd w:val="clear" w:color="auto" w:fill="DDEBF7"/>
            <w:tcMar>
              <w:top w:w="80" w:type="dxa"/>
              <w:left w:w="90" w:type="dxa"/>
              <w:bottom w:w="80" w:type="dxa"/>
              <w:right w:w="90" w:type="dxa"/>
            </w:tcMar>
            <w:vAlign w:val="center"/>
          </w:tcPr>
          <w:p w:rsidR="00DF3854" w:rsidRDefault="00000000">
            <w:pPr>
              <w:spacing w:after="200"/>
            </w:pPr>
            <w:r>
              <w:rPr>
                <w:b/>
                <w:color w:val="173F6D"/>
                <w:sz w:val="18"/>
              </w:rPr>
              <w:t>Conditions or comments</w:t>
            </w:r>
          </w:p>
        </w:tc>
        <w:tc>
          <w:tcPr>
            <w:tcW w:w="7272" w:type="dxa"/>
            <w:tcBorders>
              <w:top w:val="single" w:sz="8" w:space="0" w:color="D9D9D9"/>
              <w:left w:val="single" w:sz="8" w:space="0" w:color="D9D9D9"/>
              <w:bottom w:val="single" w:sz="8" w:space="0" w:color="D9D9D9"/>
              <w:right w:val="single" w:sz="8" w:space="0" w:color="D9D9D9"/>
            </w:tcBorders>
            <w:tcMar>
              <w:top w:w="80" w:type="dxa"/>
              <w:left w:w="90" w:type="dxa"/>
              <w:bottom w:w="80" w:type="dxa"/>
              <w:right w:w="90" w:type="dxa"/>
            </w:tcMar>
            <w:vAlign w:val="center"/>
          </w:tcPr>
          <w:p w:rsidR="00DF3854" w:rsidRDefault="00DF3854">
            <w:pPr>
              <w:spacing w:after="200"/>
            </w:pPr>
          </w:p>
        </w:tc>
      </w:tr>
    </w:tbl>
    <w:p w:rsidR="00DF3854" w:rsidRDefault="00000000">
      <w:pPr>
        <w:spacing w:before="120" w:after="100"/>
      </w:pPr>
      <w:r>
        <w:rPr>
          <w:b/>
        </w:rPr>
        <w:t>CLF Director of Operations final approval</w:t>
      </w:r>
      <w:r>
        <w:t xml:space="preserve">    ☐ Approved    ☐ Approved with conditions    ☐ Denied</w:t>
      </w:r>
    </w:p>
    <w:tbl>
      <w:tblPr>
        <w:tblW w:w="0" w:type="auto"/>
        <w:jc w:val="center"/>
        <w:tblLayout w:type="fixed"/>
        <w:tblLook w:val="04A0" w:firstRow="1" w:lastRow="0" w:firstColumn="1" w:lastColumn="0" w:noHBand="0" w:noVBand="1"/>
      </w:tblPr>
      <w:tblGrid>
        <w:gridCol w:w="3096"/>
        <w:gridCol w:w="7272"/>
      </w:tblGrid>
      <w:tr w:rsidR="00DF3854">
        <w:trPr>
          <w:jc w:val="center"/>
        </w:trPr>
        <w:tc>
          <w:tcPr>
            <w:tcW w:w="3096" w:type="dxa"/>
            <w:tcBorders>
              <w:top w:val="single" w:sz="8" w:space="0" w:color="D9D9D9"/>
              <w:left w:val="single" w:sz="8" w:space="0" w:color="D9D9D9"/>
              <w:bottom w:val="single" w:sz="8" w:space="0" w:color="D9D9D9"/>
              <w:right w:val="single" w:sz="8" w:space="0" w:color="D9D9D9"/>
            </w:tcBorders>
            <w:shd w:val="clear" w:color="auto" w:fill="DDEBF7"/>
            <w:tcMar>
              <w:top w:w="80" w:type="dxa"/>
              <w:left w:w="90" w:type="dxa"/>
              <w:bottom w:w="80" w:type="dxa"/>
              <w:right w:w="90" w:type="dxa"/>
            </w:tcMar>
            <w:vAlign w:val="center"/>
          </w:tcPr>
          <w:p w:rsidR="00DF3854" w:rsidRDefault="00000000">
            <w:pPr>
              <w:spacing w:after="40"/>
            </w:pPr>
            <w:r>
              <w:rPr>
                <w:b/>
                <w:color w:val="173F6D"/>
                <w:sz w:val="18"/>
              </w:rPr>
              <w:t>Director</w:t>
            </w:r>
          </w:p>
        </w:tc>
        <w:tc>
          <w:tcPr>
            <w:tcW w:w="7272" w:type="dxa"/>
            <w:tcBorders>
              <w:top w:val="single" w:sz="8" w:space="0" w:color="D9D9D9"/>
              <w:left w:val="single" w:sz="8" w:space="0" w:color="D9D9D9"/>
              <w:bottom w:val="single" w:sz="8" w:space="0" w:color="D9D9D9"/>
              <w:right w:val="single" w:sz="8" w:space="0" w:color="D9D9D9"/>
            </w:tcBorders>
            <w:tcMar>
              <w:top w:w="80" w:type="dxa"/>
              <w:left w:w="90" w:type="dxa"/>
              <w:bottom w:w="80" w:type="dxa"/>
              <w:right w:w="90" w:type="dxa"/>
            </w:tcMar>
            <w:vAlign w:val="center"/>
          </w:tcPr>
          <w:p w:rsidR="00DF3854" w:rsidRDefault="00000000">
            <w:pPr>
              <w:spacing w:after="40"/>
            </w:pPr>
            <w:r>
              <w:rPr>
                <w:color w:val="000000"/>
                <w:sz w:val="18"/>
              </w:rPr>
              <w:t>Eric Derin</w:t>
            </w:r>
          </w:p>
        </w:tc>
      </w:tr>
      <w:tr w:rsidR="00DF3854">
        <w:trPr>
          <w:jc w:val="center"/>
        </w:trPr>
        <w:tc>
          <w:tcPr>
            <w:tcW w:w="3096" w:type="dxa"/>
            <w:tcBorders>
              <w:top w:val="single" w:sz="8" w:space="0" w:color="D9D9D9"/>
              <w:left w:val="single" w:sz="8" w:space="0" w:color="D9D9D9"/>
              <w:bottom w:val="single" w:sz="8" w:space="0" w:color="D9D9D9"/>
              <w:right w:val="single" w:sz="8" w:space="0" w:color="D9D9D9"/>
            </w:tcBorders>
            <w:shd w:val="clear" w:color="auto" w:fill="DDEBF7"/>
            <w:tcMar>
              <w:top w:w="80" w:type="dxa"/>
              <w:left w:w="90" w:type="dxa"/>
              <w:bottom w:w="80" w:type="dxa"/>
              <w:right w:w="90" w:type="dxa"/>
            </w:tcMar>
            <w:vAlign w:val="center"/>
          </w:tcPr>
          <w:p w:rsidR="00DF3854" w:rsidRDefault="00000000">
            <w:r>
              <w:rPr>
                <w:b/>
                <w:color w:val="173F6D"/>
                <w:sz w:val="18"/>
              </w:rPr>
              <w:t>Signature and date</w:t>
            </w:r>
          </w:p>
        </w:tc>
        <w:tc>
          <w:tcPr>
            <w:tcW w:w="7272" w:type="dxa"/>
            <w:tcBorders>
              <w:top w:val="single" w:sz="8" w:space="0" w:color="D9D9D9"/>
              <w:left w:val="single" w:sz="8" w:space="0" w:color="D9D9D9"/>
              <w:bottom w:val="single" w:sz="8" w:space="0" w:color="D9D9D9"/>
              <w:right w:val="single" w:sz="8" w:space="0" w:color="D9D9D9"/>
            </w:tcBorders>
            <w:tcMar>
              <w:top w:w="80" w:type="dxa"/>
              <w:left w:w="90" w:type="dxa"/>
              <w:bottom w:w="80" w:type="dxa"/>
              <w:right w:w="90" w:type="dxa"/>
            </w:tcMar>
            <w:vAlign w:val="center"/>
          </w:tcPr>
          <w:p w:rsidR="00DF3854" w:rsidRDefault="00DF3854"/>
        </w:tc>
      </w:tr>
      <w:tr w:rsidR="00DF3854">
        <w:trPr>
          <w:jc w:val="center"/>
        </w:trPr>
        <w:tc>
          <w:tcPr>
            <w:tcW w:w="3096" w:type="dxa"/>
            <w:tcBorders>
              <w:top w:val="single" w:sz="8" w:space="0" w:color="D9D9D9"/>
              <w:left w:val="single" w:sz="8" w:space="0" w:color="D9D9D9"/>
              <w:bottom w:val="single" w:sz="8" w:space="0" w:color="D9D9D9"/>
              <w:right w:val="single" w:sz="8" w:space="0" w:color="D9D9D9"/>
            </w:tcBorders>
            <w:shd w:val="clear" w:color="auto" w:fill="DDEBF7"/>
            <w:tcMar>
              <w:top w:w="80" w:type="dxa"/>
              <w:left w:w="90" w:type="dxa"/>
              <w:bottom w:w="80" w:type="dxa"/>
              <w:right w:w="90" w:type="dxa"/>
            </w:tcMar>
            <w:vAlign w:val="center"/>
          </w:tcPr>
          <w:p w:rsidR="00DF3854" w:rsidRDefault="00000000">
            <w:pPr>
              <w:spacing w:after="200"/>
            </w:pPr>
            <w:r>
              <w:rPr>
                <w:b/>
                <w:color w:val="173F6D"/>
                <w:sz w:val="18"/>
              </w:rPr>
              <w:t>Permit conditions or comments</w:t>
            </w:r>
          </w:p>
        </w:tc>
        <w:tc>
          <w:tcPr>
            <w:tcW w:w="7272" w:type="dxa"/>
            <w:tcBorders>
              <w:top w:val="single" w:sz="8" w:space="0" w:color="D9D9D9"/>
              <w:left w:val="single" w:sz="8" w:space="0" w:color="D9D9D9"/>
              <w:bottom w:val="single" w:sz="8" w:space="0" w:color="D9D9D9"/>
              <w:right w:val="single" w:sz="8" w:space="0" w:color="D9D9D9"/>
            </w:tcBorders>
            <w:tcMar>
              <w:top w:w="80" w:type="dxa"/>
              <w:left w:w="90" w:type="dxa"/>
              <w:bottom w:w="80" w:type="dxa"/>
              <w:right w:w="90" w:type="dxa"/>
            </w:tcMar>
            <w:vAlign w:val="center"/>
          </w:tcPr>
          <w:p w:rsidR="00DF3854" w:rsidRDefault="00DF3854">
            <w:pPr>
              <w:spacing w:after="200"/>
            </w:pPr>
          </w:p>
        </w:tc>
      </w:tr>
    </w:tbl>
    <w:p w:rsidR="00224451" w:rsidRDefault="00224451"/>
    <w:sectPr w:rsidR="00224451" w:rsidSect="00034616">
      <w:footerReference w:type="default" r:id="rId9"/>
      <w:pgSz w:w="12240" w:h="15840"/>
      <w:pgMar w:top="648" w:right="835" w:bottom="648" w:left="83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24451" w:rsidRDefault="00224451">
      <w:pPr>
        <w:spacing w:after="0" w:line="240" w:lineRule="auto"/>
      </w:pPr>
      <w:r>
        <w:separator/>
      </w:r>
    </w:p>
  </w:endnote>
  <w:endnote w:type="continuationSeparator" w:id="0">
    <w:p w:rsidR="00224451" w:rsidRDefault="00224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F3854" w:rsidRDefault="00000000">
    <w:pPr>
      <w:spacing w:after="0"/>
      <w:jc w:val="right"/>
    </w:pPr>
    <w:r>
      <w:t xml:space="preserve">Page </w:t>
    </w:r>
    <w:r>
      <w:fldChar w:fldCharType="begin"/>
    </w:r>
    <w:r>
      <w:instrText>PAGE</w:instrText>
    </w:r>
    <w:r>
      <w:fldChar w:fldCharType="separate"/>
    </w:r>
    <w:r w:rsidR="0048222C">
      <w:rPr>
        <w:noProof/>
      </w:rPr>
      <w:t>1</w:t>
    </w:r>
    <w:r>
      <w:fldChar w:fldCharType="end"/>
    </w:r>
    <w:r>
      <w:t xml:space="preserve"> of </w:t>
    </w:r>
    <w:r>
      <w:fldChar w:fldCharType="begin"/>
    </w:r>
    <w:r>
      <w:instrText>NUMPAGES</w:instrText>
    </w:r>
    <w:r>
      <w:fldChar w:fldCharType="separate"/>
    </w:r>
    <w:r w:rsidR="0048222C">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24451" w:rsidRDefault="00224451">
      <w:pPr>
        <w:spacing w:after="0" w:line="240" w:lineRule="auto"/>
      </w:pPr>
      <w:r>
        <w:separator/>
      </w:r>
    </w:p>
  </w:footnote>
  <w:footnote w:type="continuationSeparator" w:id="0">
    <w:p w:rsidR="00224451" w:rsidRDefault="002244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9614987">
    <w:abstractNumId w:val="8"/>
  </w:num>
  <w:num w:numId="2" w16cid:durableId="76900642">
    <w:abstractNumId w:val="6"/>
  </w:num>
  <w:num w:numId="3" w16cid:durableId="177543197">
    <w:abstractNumId w:val="5"/>
  </w:num>
  <w:num w:numId="4" w16cid:durableId="1678268291">
    <w:abstractNumId w:val="4"/>
  </w:num>
  <w:num w:numId="5" w16cid:durableId="1111128078">
    <w:abstractNumId w:val="7"/>
  </w:num>
  <w:num w:numId="6" w16cid:durableId="1962421967">
    <w:abstractNumId w:val="3"/>
  </w:num>
  <w:num w:numId="7" w16cid:durableId="1698775778">
    <w:abstractNumId w:val="2"/>
  </w:num>
  <w:num w:numId="8" w16cid:durableId="1409115271">
    <w:abstractNumId w:val="1"/>
  </w:num>
  <w:num w:numId="9" w16cid:durableId="1667586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24451"/>
    <w:rsid w:val="0029639D"/>
    <w:rsid w:val="00326F90"/>
    <w:rsid w:val="0048222C"/>
    <w:rsid w:val="00AA1D8D"/>
    <w:rsid w:val="00B47730"/>
    <w:rsid w:val="00CB0664"/>
    <w:rsid w:val="00DF385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BEF8BF"/>
  <w14:defaultImageDpi w14:val="300"/>
  <w15:docId w15:val="{2747E841-7CA7-9847-86CE-4B89EDE5F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hAnsi="Arial"/>
      <w:sz w:val="19"/>
    </w:rPr>
  </w:style>
  <w:style w:type="paragraph" w:styleId="Heading1">
    <w:name w:val="heading 1"/>
    <w:basedOn w:val="Normal"/>
    <w:next w:val="Normal"/>
    <w:link w:val="Heading1Char"/>
    <w:uiPriority w:val="9"/>
    <w:qFormat/>
    <w:rsid w:val="00FC693F"/>
    <w:pPr>
      <w:keepNext/>
      <w:keepLines/>
      <w:spacing w:before="140"/>
      <w:outlineLvl w:val="0"/>
    </w:pPr>
    <w:rPr>
      <w:rFonts w:asciiTheme="majorHAnsi" w:eastAsiaTheme="majorEastAsia" w:hAnsiTheme="majorHAnsi"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40"/>
      <w:outlineLvl w:val="1"/>
    </w:pPr>
    <w:rPr>
      <w:rFonts w:asciiTheme="majorHAnsi" w:eastAsiaTheme="majorEastAsia" w:hAnsiTheme="majorHAnsi" w:cstheme="majorBidi"/>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662</Words>
  <Characters>3777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SY26-27 CLF Facility Use Application and Permit Form</dc:title>
  <dc:subject>Application and permit for outside use of CLF school facilities</dc:subject>
  <dc:creator>Chesapeake Lighthouse Foundation</dc:creator>
  <cp:keywords/>
  <dc:description>generated by python-docx</dc:description>
  <cp:lastModifiedBy>Microsoft Office User</cp:lastModifiedBy>
  <cp:revision>2</cp:revision>
  <dcterms:created xsi:type="dcterms:W3CDTF">2026-09-10T17:01:00Z</dcterms:created>
  <dcterms:modified xsi:type="dcterms:W3CDTF">2026-09-10T17:01:00Z</dcterms:modified>
  <cp:category/>
</cp:coreProperties>
</file>